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EADDD" w14:textId="77777777" w:rsidR="002063D9" w:rsidRDefault="0045098F" w:rsidP="00EE472D">
      <w:pPr>
        <w:pStyle w:val="Ttulo1"/>
        <w:spacing w:before="0" w:line="240" w:lineRule="auto"/>
        <w:jc w:val="center"/>
        <w:rPr>
          <w:rFonts w:asciiTheme="minorHAnsi" w:hAnsiTheme="minorHAnsi"/>
          <w:sz w:val="36"/>
          <w:szCs w:val="36"/>
          <w:lang w:val="es-CO"/>
        </w:rPr>
      </w:pPr>
      <w:r w:rsidRPr="002063D9">
        <w:rPr>
          <w:rFonts w:asciiTheme="minorHAnsi" w:hAnsiTheme="minorHAnsi"/>
          <w:sz w:val="36"/>
          <w:szCs w:val="36"/>
          <w:lang w:val="es-CO"/>
        </w:rPr>
        <w:t xml:space="preserve">Contenido para </w:t>
      </w:r>
      <w:r w:rsidR="00A215A9" w:rsidRPr="002063D9">
        <w:rPr>
          <w:rFonts w:asciiTheme="minorHAnsi" w:hAnsiTheme="minorHAnsi"/>
          <w:sz w:val="36"/>
          <w:szCs w:val="36"/>
          <w:lang w:val="es-CO"/>
        </w:rPr>
        <w:t>Brochure de Posgrados</w:t>
      </w:r>
    </w:p>
    <w:p w14:paraId="6998D395" w14:textId="77DFB5EB" w:rsidR="006E1851" w:rsidRPr="002063D9" w:rsidRDefault="00A215A9" w:rsidP="00EE472D">
      <w:pPr>
        <w:pStyle w:val="Ttulo1"/>
        <w:spacing w:before="0" w:line="240" w:lineRule="auto"/>
        <w:jc w:val="center"/>
        <w:rPr>
          <w:rFonts w:asciiTheme="minorHAnsi" w:hAnsiTheme="minorHAnsi"/>
          <w:sz w:val="36"/>
          <w:szCs w:val="36"/>
          <w:lang w:val="es-CO"/>
        </w:rPr>
      </w:pPr>
      <w:r w:rsidRPr="002063D9">
        <w:rPr>
          <w:rFonts w:asciiTheme="minorHAnsi" w:hAnsiTheme="minorHAnsi"/>
          <w:sz w:val="36"/>
          <w:szCs w:val="36"/>
          <w:lang w:val="es-CO"/>
        </w:rPr>
        <w:t xml:space="preserve"> Universidad de San Buenaventura Medellín</w:t>
      </w:r>
    </w:p>
    <w:p w14:paraId="5903747F" w14:textId="77777777" w:rsidR="00CB4E37" w:rsidRDefault="00CB4E37" w:rsidP="00CB4E37">
      <w:pPr>
        <w:rPr>
          <w:lang w:val="es-CO"/>
        </w:rPr>
      </w:pPr>
    </w:p>
    <w:p w14:paraId="0405A2FA" w14:textId="72D32545" w:rsidR="00097CF0" w:rsidRDefault="00097CF0" w:rsidP="00CB4E37">
      <w:pPr>
        <w:rPr>
          <w:lang w:val="es-CO"/>
        </w:rPr>
      </w:pPr>
      <w:r>
        <w:rPr>
          <w:lang w:val="es-CO"/>
        </w:rPr>
        <w:t>PORTADA</w:t>
      </w:r>
    </w:p>
    <w:tbl>
      <w:tblPr>
        <w:tblStyle w:val="Tablaconcuadrcula"/>
        <w:tblW w:w="0" w:type="auto"/>
        <w:tblInd w:w="38" w:type="dxa"/>
        <w:tblLook w:val="04A0" w:firstRow="1" w:lastRow="0" w:firstColumn="1" w:lastColumn="0" w:noHBand="0" w:noVBand="1"/>
      </w:tblPr>
      <w:tblGrid>
        <w:gridCol w:w="4299"/>
        <w:gridCol w:w="4285"/>
        <w:gridCol w:w="4328"/>
      </w:tblGrid>
      <w:tr w:rsidR="00C00B67" w14:paraId="63585F1A" w14:textId="4980D03B" w:rsidTr="00B24CA6">
        <w:tc>
          <w:tcPr>
            <w:tcW w:w="4366" w:type="dxa"/>
          </w:tcPr>
          <w:p w14:paraId="216E2BA0" w14:textId="3AC00C65" w:rsidR="00C00B67" w:rsidRDefault="00C00B67" w:rsidP="00C00B67">
            <w:pPr>
              <w:rPr>
                <w:lang w:val="es-CO"/>
              </w:rPr>
            </w:pPr>
            <w:r>
              <w:rPr>
                <w:lang w:val="es-CO"/>
              </w:rPr>
              <w:t>INSTITUCIONAL</w:t>
            </w:r>
          </w:p>
        </w:tc>
        <w:tc>
          <w:tcPr>
            <w:tcW w:w="4367" w:type="dxa"/>
          </w:tcPr>
          <w:p w14:paraId="14B0F29E" w14:textId="49CA8CD3" w:rsidR="00C00B67" w:rsidRDefault="00C00B67" w:rsidP="00C00B67">
            <w:pPr>
              <w:rPr>
                <w:lang w:val="es-CO"/>
              </w:rPr>
            </w:pPr>
            <w:r>
              <w:rPr>
                <w:lang w:val="es-CO"/>
              </w:rPr>
              <w:t>PORTADA</w:t>
            </w:r>
          </w:p>
        </w:tc>
        <w:tc>
          <w:tcPr>
            <w:tcW w:w="4367" w:type="dxa"/>
          </w:tcPr>
          <w:p w14:paraId="7E8478DE" w14:textId="77777777" w:rsidR="00C00B67" w:rsidRDefault="00C00B67" w:rsidP="00C00B67">
            <w:pPr>
              <w:rPr>
                <w:lang w:val="es-CO"/>
              </w:rPr>
            </w:pPr>
            <w:r w:rsidRPr="00097CF0">
              <w:rPr>
                <w:b/>
                <w:bCs/>
                <w:lang w:val="es-CO"/>
              </w:rPr>
              <w:t xml:space="preserve">Posgrados </w:t>
            </w:r>
          </w:p>
          <w:p w14:paraId="3B1DDE6D" w14:textId="77777777" w:rsidR="00C00B67" w:rsidRDefault="00C00B67" w:rsidP="00C00B67">
            <w:pPr>
              <w:rPr>
                <w:lang w:val="es-CO"/>
              </w:rPr>
            </w:pPr>
          </w:p>
          <w:p w14:paraId="03EAC628" w14:textId="77777777" w:rsidR="00C00B67" w:rsidRDefault="00C00B67" w:rsidP="00C00B67">
            <w:pPr>
              <w:rPr>
                <w:lang w:val="es-CO"/>
              </w:rPr>
            </w:pPr>
            <w:r>
              <w:rPr>
                <w:lang w:val="es-CO"/>
              </w:rPr>
              <w:t>Integramos</w:t>
            </w:r>
            <w:r w:rsidRPr="00097CF0">
              <w:rPr>
                <w:lang w:val="es-CO"/>
              </w:rPr>
              <w:t xml:space="preserve"> conocimiento avanzado y formación humana para impulsar tu desarrollo profesional y personal. </w:t>
            </w:r>
          </w:p>
          <w:p w14:paraId="60C095BD" w14:textId="77777777" w:rsidR="00C00B67" w:rsidRDefault="00C00B67" w:rsidP="00C00B67">
            <w:pPr>
              <w:rPr>
                <w:lang w:val="es-CO"/>
              </w:rPr>
            </w:pPr>
          </w:p>
          <w:p w14:paraId="573D701D" w14:textId="6B051808" w:rsidR="00C00B67" w:rsidRPr="00097CF0" w:rsidRDefault="00C00B67" w:rsidP="00C00B67">
            <w:pPr>
              <w:rPr>
                <w:lang w:val="es-CO"/>
              </w:rPr>
            </w:pPr>
            <w:r>
              <w:rPr>
                <w:lang w:val="es-CO"/>
              </w:rPr>
              <w:t>Nuestr</w:t>
            </w:r>
            <w:r w:rsidR="001229C7">
              <w:rPr>
                <w:lang w:val="es-CO"/>
              </w:rPr>
              <w:t>as</w:t>
            </w:r>
            <w:r w:rsidRPr="00097CF0">
              <w:rPr>
                <w:lang w:val="es-CO"/>
              </w:rPr>
              <w:t xml:space="preserve"> especializaci</w:t>
            </w:r>
            <w:r w:rsidR="001229C7">
              <w:rPr>
                <w:lang w:val="es-CO"/>
              </w:rPr>
              <w:t>ones</w:t>
            </w:r>
            <w:r w:rsidRPr="00097CF0">
              <w:rPr>
                <w:lang w:val="es-CO"/>
              </w:rPr>
              <w:t>, maestría</w:t>
            </w:r>
            <w:r w:rsidR="001229C7">
              <w:rPr>
                <w:lang w:val="es-CO"/>
              </w:rPr>
              <w:t>s</w:t>
            </w:r>
            <w:r w:rsidRPr="00097CF0">
              <w:rPr>
                <w:lang w:val="es-CO"/>
              </w:rPr>
              <w:t xml:space="preserve"> y doctorado</w:t>
            </w:r>
            <w:r w:rsidR="001229C7">
              <w:rPr>
                <w:lang w:val="es-CO"/>
              </w:rPr>
              <w:t>s</w:t>
            </w:r>
            <w:r>
              <w:rPr>
                <w:lang w:val="es-CO"/>
              </w:rPr>
              <w:t xml:space="preserve"> te </w:t>
            </w:r>
            <w:r w:rsidR="001229C7">
              <w:rPr>
                <w:lang w:val="es-CO"/>
              </w:rPr>
              <w:t xml:space="preserve">garantizan </w:t>
            </w:r>
            <w:r w:rsidRPr="00097CF0">
              <w:rPr>
                <w:lang w:val="es-CO"/>
              </w:rPr>
              <w:t>excelencia académica, investigación con impacto real y un enfoque humanista que potencia tu perfil, amplía tu proyección y te conecta con oportunidades, redes académicas y el sector productivo, respaldado por</w:t>
            </w:r>
            <w:r>
              <w:rPr>
                <w:lang w:val="es-CO"/>
              </w:rPr>
              <w:t xml:space="preserve"> la</w:t>
            </w:r>
            <w:r w:rsidRPr="00097CF0">
              <w:rPr>
                <w:lang w:val="es-CO"/>
              </w:rPr>
              <w:t xml:space="preserve"> </w:t>
            </w:r>
            <w:r w:rsidRPr="00097CF0">
              <w:rPr>
                <w:b/>
                <w:bCs/>
                <w:lang w:val="es-CO"/>
              </w:rPr>
              <w:t>Acreditación Institucional de Alta Calidad Multicampus</w:t>
            </w:r>
            <w:r w:rsidRPr="00097CF0">
              <w:rPr>
                <w:lang w:val="es-CO"/>
              </w:rPr>
              <w:t>.</w:t>
            </w:r>
          </w:p>
          <w:p w14:paraId="6DC13B6D" w14:textId="77777777" w:rsidR="00C00B67" w:rsidRDefault="00C00B67" w:rsidP="00C00B67">
            <w:pPr>
              <w:rPr>
                <w:lang w:val="es-CO"/>
              </w:rPr>
            </w:pPr>
          </w:p>
        </w:tc>
      </w:tr>
      <w:tr w:rsidR="00C00B67" w14:paraId="1B027168" w14:textId="2911B631" w:rsidTr="00B24CA6">
        <w:tc>
          <w:tcPr>
            <w:tcW w:w="4366" w:type="dxa"/>
          </w:tcPr>
          <w:p w14:paraId="379D57C8" w14:textId="782395B7" w:rsidR="00C00B67" w:rsidRDefault="00742FE3" w:rsidP="00C00B67">
            <w:pPr>
              <w:rPr>
                <w:lang w:val="es-CO"/>
              </w:rPr>
            </w:pPr>
            <w:r>
              <w:rPr>
                <w:lang w:val="es-CO"/>
              </w:rPr>
              <w:t>INSTITUCIONAL</w:t>
            </w:r>
          </w:p>
        </w:tc>
        <w:tc>
          <w:tcPr>
            <w:tcW w:w="4367" w:type="dxa"/>
          </w:tcPr>
          <w:p w14:paraId="0DA200B9" w14:textId="7FDECEB1" w:rsidR="00C00B67" w:rsidRDefault="00531976" w:rsidP="00C00B67">
            <w:pPr>
              <w:rPr>
                <w:lang w:val="es-CO"/>
              </w:rPr>
            </w:pPr>
            <w:r>
              <w:rPr>
                <w:lang w:val="es-CO"/>
              </w:rPr>
              <w:t>SEGUNDA HOJA</w:t>
            </w:r>
          </w:p>
        </w:tc>
        <w:tc>
          <w:tcPr>
            <w:tcW w:w="4367" w:type="dxa"/>
          </w:tcPr>
          <w:p w14:paraId="6B02FD6C" w14:textId="77777777" w:rsidR="00C00B67" w:rsidRPr="00C00B67" w:rsidRDefault="00C00B67" w:rsidP="00C00B67">
            <w:pPr>
              <w:rPr>
                <w:b/>
                <w:bCs/>
                <w:lang w:val="es-CO"/>
              </w:rPr>
            </w:pPr>
            <w:r w:rsidRPr="00C00B67">
              <w:rPr>
                <w:b/>
                <w:bCs/>
                <w:lang w:val="es-CO"/>
              </w:rPr>
              <w:t xml:space="preserve">¿Por qué estudiar un posgrado </w:t>
            </w:r>
            <w:r>
              <w:rPr>
                <w:b/>
                <w:bCs/>
                <w:lang w:val="es-CO"/>
              </w:rPr>
              <w:t>con nosotros</w:t>
            </w:r>
            <w:r w:rsidRPr="00C00B67">
              <w:rPr>
                <w:b/>
                <w:bCs/>
                <w:lang w:val="es-CO"/>
              </w:rPr>
              <w:t>?</w:t>
            </w:r>
          </w:p>
          <w:p w14:paraId="6CC0FFDC" w14:textId="77777777" w:rsidR="00C00B67" w:rsidRDefault="00C00B67" w:rsidP="00C00B67">
            <w:pPr>
              <w:rPr>
                <w:b/>
                <w:bCs/>
                <w:lang w:val="es-CO"/>
              </w:rPr>
            </w:pPr>
          </w:p>
          <w:p w14:paraId="43247CDA" w14:textId="77777777" w:rsidR="00C00B67" w:rsidRDefault="00C00B67" w:rsidP="00C00B67">
            <w:pPr>
              <w:rPr>
                <w:b/>
                <w:bCs/>
                <w:lang w:val="es-CO"/>
              </w:rPr>
            </w:pPr>
          </w:p>
          <w:p w14:paraId="69D6A09E" w14:textId="77777777" w:rsidR="00C00B67" w:rsidRPr="00C00B67" w:rsidRDefault="00C00B67" w:rsidP="00C00B67">
            <w:pPr>
              <w:rPr>
                <w:lang w:val="es-CO"/>
              </w:rPr>
            </w:pPr>
            <w:r w:rsidRPr="00C00B67">
              <w:rPr>
                <w:b/>
                <w:bCs/>
                <w:lang w:val="es-CO"/>
              </w:rPr>
              <w:t>Especializaciones</w:t>
            </w:r>
          </w:p>
          <w:p w14:paraId="69DCBD0A" w14:textId="77777777" w:rsidR="00C00B67" w:rsidRPr="00C00B67" w:rsidRDefault="00C00B67" w:rsidP="00C00B67">
            <w:pPr>
              <w:numPr>
                <w:ilvl w:val="0"/>
                <w:numId w:val="10"/>
              </w:numPr>
              <w:rPr>
                <w:lang w:val="es-CO"/>
              </w:rPr>
            </w:pPr>
            <w:r w:rsidRPr="00C00B67">
              <w:rPr>
                <w:lang w:val="es-CO"/>
              </w:rPr>
              <w:t>Formación orientada a la aplicación inmediata y al fortalecimiento del perfil profesional.</w:t>
            </w:r>
          </w:p>
          <w:p w14:paraId="544D1B32" w14:textId="77777777" w:rsidR="00C00B67" w:rsidRPr="00C00B67" w:rsidRDefault="00C00B67" w:rsidP="00C00B67">
            <w:pPr>
              <w:numPr>
                <w:ilvl w:val="0"/>
                <w:numId w:val="10"/>
              </w:numPr>
              <w:rPr>
                <w:lang w:val="es-CO"/>
              </w:rPr>
            </w:pPr>
            <w:r w:rsidRPr="00C00B67">
              <w:rPr>
                <w:lang w:val="es-CO"/>
              </w:rPr>
              <w:lastRenderedPageBreak/>
              <w:t>Programas conectados con el sector real y las necesidades del entorno laboral.</w:t>
            </w:r>
          </w:p>
          <w:p w14:paraId="2D1942F4" w14:textId="77777777" w:rsidR="00C00B67" w:rsidRPr="00C00B67" w:rsidRDefault="00C00B67" w:rsidP="00C00B67">
            <w:pPr>
              <w:numPr>
                <w:ilvl w:val="0"/>
                <w:numId w:val="10"/>
              </w:numPr>
              <w:rPr>
                <w:lang w:val="es-CO"/>
              </w:rPr>
            </w:pPr>
            <w:r w:rsidRPr="00C00B67">
              <w:rPr>
                <w:lang w:val="es-CO"/>
              </w:rPr>
              <w:t>Docentes con experiencia académica y trayectoria profesional.</w:t>
            </w:r>
          </w:p>
          <w:p w14:paraId="3D2A52CC" w14:textId="77777777" w:rsidR="00C00B67" w:rsidRPr="00C00B67" w:rsidRDefault="00C00B67" w:rsidP="00C00B67">
            <w:pPr>
              <w:numPr>
                <w:ilvl w:val="0"/>
                <w:numId w:val="10"/>
              </w:numPr>
              <w:rPr>
                <w:lang w:val="es-CO"/>
              </w:rPr>
            </w:pPr>
            <w:r w:rsidRPr="00C00B67">
              <w:rPr>
                <w:lang w:val="es-CO"/>
              </w:rPr>
              <w:t>Modalidades presenciales y virtuales que facilitan la continuidad laboral.</w:t>
            </w:r>
          </w:p>
          <w:p w14:paraId="1BB732E1" w14:textId="77777777" w:rsidR="00C00B67" w:rsidRDefault="00C00B67" w:rsidP="00C00B67">
            <w:pPr>
              <w:numPr>
                <w:ilvl w:val="0"/>
                <w:numId w:val="10"/>
              </w:numPr>
              <w:rPr>
                <w:lang w:val="es-CO"/>
              </w:rPr>
            </w:pPr>
            <w:r w:rsidRPr="00C00B67">
              <w:rPr>
                <w:lang w:val="es-CO"/>
              </w:rPr>
              <w:t>Sólida formación ética y humana con sello Bonaventuriano.</w:t>
            </w:r>
          </w:p>
          <w:p w14:paraId="5E27A240" w14:textId="77777777" w:rsidR="00C00B67" w:rsidRPr="00C00B67" w:rsidRDefault="00C00B67" w:rsidP="00C00B67">
            <w:pPr>
              <w:ind w:left="720"/>
              <w:rPr>
                <w:lang w:val="es-CO"/>
              </w:rPr>
            </w:pPr>
          </w:p>
          <w:p w14:paraId="31885A27" w14:textId="77777777" w:rsidR="00C00B67" w:rsidRPr="00C00B67" w:rsidRDefault="00C00B67" w:rsidP="00C00B67">
            <w:pPr>
              <w:rPr>
                <w:lang w:val="es-CO"/>
              </w:rPr>
            </w:pPr>
            <w:r w:rsidRPr="00C00B67">
              <w:rPr>
                <w:b/>
                <w:bCs/>
                <w:lang w:val="es-CO"/>
              </w:rPr>
              <w:t>Maestrías</w:t>
            </w:r>
          </w:p>
          <w:p w14:paraId="56F74908" w14:textId="77777777" w:rsidR="00C00B67" w:rsidRPr="00C00B67" w:rsidRDefault="00C00B67" w:rsidP="00C00B67">
            <w:pPr>
              <w:numPr>
                <w:ilvl w:val="0"/>
                <w:numId w:val="11"/>
              </w:numPr>
              <w:rPr>
                <w:lang w:val="es-CO"/>
              </w:rPr>
            </w:pPr>
            <w:r w:rsidRPr="00C00B67">
              <w:rPr>
                <w:lang w:val="es-CO"/>
              </w:rPr>
              <w:t>Programas únicos y diferenciadores en el contexto nacional.</w:t>
            </w:r>
          </w:p>
          <w:p w14:paraId="67B9A0F4" w14:textId="77777777" w:rsidR="00C00B67" w:rsidRPr="00C00B67" w:rsidRDefault="00C00B67" w:rsidP="00C00B67">
            <w:pPr>
              <w:numPr>
                <w:ilvl w:val="0"/>
                <w:numId w:val="11"/>
              </w:numPr>
              <w:rPr>
                <w:lang w:val="es-CO"/>
              </w:rPr>
            </w:pPr>
            <w:r w:rsidRPr="00C00B67">
              <w:rPr>
                <w:lang w:val="es-CO"/>
              </w:rPr>
              <w:t xml:space="preserve">Investigación aplicada respaldada por grupos reconocidos por </w:t>
            </w:r>
            <w:proofErr w:type="spellStart"/>
            <w:r w:rsidRPr="00C00B67">
              <w:rPr>
                <w:lang w:val="es-CO"/>
              </w:rPr>
              <w:t>Minciencias</w:t>
            </w:r>
            <w:proofErr w:type="spellEnd"/>
            <w:r w:rsidRPr="00C00B67">
              <w:rPr>
                <w:lang w:val="es-CO"/>
              </w:rPr>
              <w:t>.</w:t>
            </w:r>
          </w:p>
          <w:p w14:paraId="5760A3CE" w14:textId="77777777" w:rsidR="00C00B67" w:rsidRPr="00C00B67" w:rsidRDefault="00C00B67" w:rsidP="00C00B67">
            <w:pPr>
              <w:numPr>
                <w:ilvl w:val="0"/>
                <w:numId w:val="11"/>
              </w:numPr>
              <w:rPr>
                <w:lang w:val="es-CO"/>
              </w:rPr>
            </w:pPr>
            <w:r w:rsidRPr="00C00B67">
              <w:rPr>
                <w:lang w:val="es-CO"/>
              </w:rPr>
              <w:t>Internacionalización del currículo mediante intercambios y dobles titulaciones.</w:t>
            </w:r>
          </w:p>
          <w:p w14:paraId="3178F6A5" w14:textId="77777777" w:rsidR="00C00B67" w:rsidRPr="00C00B67" w:rsidRDefault="00C00B67" w:rsidP="00C00B67">
            <w:pPr>
              <w:numPr>
                <w:ilvl w:val="0"/>
                <w:numId w:val="11"/>
              </w:numPr>
              <w:rPr>
                <w:lang w:val="es-CO"/>
              </w:rPr>
            </w:pPr>
            <w:r w:rsidRPr="00C00B67">
              <w:rPr>
                <w:lang w:val="es-CO"/>
              </w:rPr>
              <w:t>Integración de tecnología, analítica, innovación y sostenibilidad.</w:t>
            </w:r>
          </w:p>
          <w:p w14:paraId="089AE57F" w14:textId="77777777" w:rsidR="00C00B67" w:rsidRDefault="00C00B67" w:rsidP="00C00B67">
            <w:pPr>
              <w:numPr>
                <w:ilvl w:val="0"/>
                <w:numId w:val="11"/>
              </w:numPr>
              <w:rPr>
                <w:lang w:val="es-CO"/>
              </w:rPr>
            </w:pPr>
            <w:r w:rsidRPr="00C00B67">
              <w:rPr>
                <w:lang w:val="es-CO"/>
              </w:rPr>
              <w:t>Formación integral que potencia liderazgo, pensamiento crítico y proyección global.</w:t>
            </w:r>
          </w:p>
          <w:p w14:paraId="3962EC8A" w14:textId="77777777" w:rsidR="00C00B67" w:rsidRPr="00C00B67" w:rsidRDefault="00C00B67" w:rsidP="00C00B67">
            <w:pPr>
              <w:ind w:left="720"/>
              <w:rPr>
                <w:lang w:val="es-CO"/>
              </w:rPr>
            </w:pPr>
          </w:p>
          <w:p w14:paraId="231934D7" w14:textId="77777777" w:rsidR="00C00B67" w:rsidRPr="00C00B67" w:rsidRDefault="00C00B67" w:rsidP="00C00B67">
            <w:pPr>
              <w:rPr>
                <w:lang w:val="es-CO"/>
              </w:rPr>
            </w:pPr>
            <w:r w:rsidRPr="00C00B67">
              <w:rPr>
                <w:b/>
                <w:bCs/>
                <w:lang w:val="es-CO"/>
              </w:rPr>
              <w:t>Doctorados</w:t>
            </w:r>
          </w:p>
          <w:p w14:paraId="190CD341" w14:textId="77777777" w:rsidR="00C00B67" w:rsidRPr="00C00B67" w:rsidRDefault="00C00B67" w:rsidP="00C00B67">
            <w:pPr>
              <w:numPr>
                <w:ilvl w:val="0"/>
                <w:numId w:val="12"/>
              </w:numPr>
              <w:rPr>
                <w:lang w:val="es-CO"/>
              </w:rPr>
            </w:pPr>
            <w:r w:rsidRPr="00C00B67">
              <w:rPr>
                <w:lang w:val="es-CO"/>
              </w:rPr>
              <w:t>Formación avanzada orientada a la generación de conocimiento con impacto.</w:t>
            </w:r>
          </w:p>
          <w:p w14:paraId="1C113277" w14:textId="77777777" w:rsidR="00C00B67" w:rsidRPr="00C00B67" w:rsidRDefault="00C00B67" w:rsidP="00C00B67">
            <w:pPr>
              <w:numPr>
                <w:ilvl w:val="0"/>
                <w:numId w:val="12"/>
              </w:numPr>
              <w:rPr>
                <w:lang w:val="es-CO"/>
              </w:rPr>
            </w:pPr>
            <w:r w:rsidRPr="00C00B67">
              <w:rPr>
                <w:lang w:val="es-CO"/>
              </w:rPr>
              <w:t>Producción científica con incidencia social, académica y profesional.</w:t>
            </w:r>
          </w:p>
          <w:p w14:paraId="5AC9CE81" w14:textId="77777777" w:rsidR="00C00B67" w:rsidRPr="00C00B67" w:rsidRDefault="00C00B67" w:rsidP="00C00B67">
            <w:pPr>
              <w:numPr>
                <w:ilvl w:val="0"/>
                <w:numId w:val="12"/>
              </w:numPr>
              <w:rPr>
                <w:lang w:val="es-CO"/>
              </w:rPr>
            </w:pPr>
            <w:r w:rsidRPr="00C00B67">
              <w:rPr>
                <w:lang w:val="es-CO"/>
              </w:rPr>
              <w:lastRenderedPageBreak/>
              <w:t>Acompañamiento personalizado en los procesos investigativos.</w:t>
            </w:r>
          </w:p>
          <w:p w14:paraId="0B040B73" w14:textId="77777777" w:rsidR="00C00B67" w:rsidRPr="00C00B67" w:rsidRDefault="00C00B67" w:rsidP="00C00B67">
            <w:pPr>
              <w:numPr>
                <w:ilvl w:val="0"/>
                <w:numId w:val="12"/>
              </w:numPr>
              <w:rPr>
                <w:lang w:val="es-CO"/>
              </w:rPr>
            </w:pPr>
            <w:r w:rsidRPr="00C00B67">
              <w:rPr>
                <w:lang w:val="es-CO"/>
              </w:rPr>
              <w:t>Vinculación a redes académicas nacionales e internacionales.</w:t>
            </w:r>
          </w:p>
          <w:p w14:paraId="3537F36D" w14:textId="77777777" w:rsidR="00C00B67" w:rsidRPr="00C00B67" w:rsidRDefault="00C00B67" w:rsidP="00C00B67">
            <w:pPr>
              <w:numPr>
                <w:ilvl w:val="0"/>
                <w:numId w:val="12"/>
              </w:numPr>
              <w:rPr>
                <w:lang w:val="es-CO"/>
              </w:rPr>
            </w:pPr>
            <w:r w:rsidRPr="00C00B67">
              <w:rPr>
                <w:lang w:val="es-CO"/>
              </w:rPr>
              <w:t>Alta proyección en docencia universitaria, investigación y consultoría especializada.</w:t>
            </w:r>
          </w:p>
          <w:p w14:paraId="2787375D" w14:textId="77777777" w:rsidR="00C00B67" w:rsidRDefault="00C00B67" w:rsidP="00C00B67">
            <w:pPr>
              <w:rPr>
                <w:lang w:val="es-CO"/>
              </w:rPr>
            </w:pPr>
          </w:p>
        </w:tc>
      </w:tr>
      <w:tr w:rsidR="00531976" w14:paraId="3C20771D" w14:textId="77777777" w:rsidTr="00B24CA6">
        <w:tc>
          <w:tcPr>
            <w:tcW w:w="4366" w:type="dxa"/>
          </w:tcPr>
          <w:p w14:paraId="5BED0920" w14:textId="33E2CD8A" w:rsidR="00531976" w:rsidRDefault="00742FE3" w:rsidP="00C00B67">
            <w:pPr>
              <w:rPr>
                <w:lang w:val="es-CO"/>
              </w:rPr>
            </w:pPr>
            <w:r>
              <w:rPr>
                <w:lang w:val="es-CO"/>
              </w:rPr>
              <w:lastRenderedPageBreak/>
              <w:t>INSTITUCIONAL</w:t>
            </w:r>
          </w:p>
        </w:tc>
        <w:tc>
          <w:tcPr>
            <w:tcW w:w="4367" w:type="dxa"/>
          </w:tcPr>
          <w:p w14:paraId="2F83F9AD" w14:textId="57F97C4C" w:rsidR="00531976" w:rsidRDefault="00531976" w:rsidP="00C00B67">
            <w:pPr>
              <w:rPr>
                <w:lang w:val="es-CO"/>
              </w:rPr>
            </w:pPr>
            <w:r>
              <w:rPr>
                <w:lang w:val="es-CO"/>
              </w:rPr>
              <w:t>ÍNDICE</w:t>
            </w:r>
          </w:p>
        </w:tc>
        <w:tc>
          <w:tcPr>
            <w:tcW w:w="4367" w:type="dxa"/>
          </w:tcPr>
          <w:p w14:paraId="5A1399DA" w14:textId="77777777" w:rsidR="00531976" w:rsidRPr="00531976" w:rsidRDefault="00531976" w:rsidP="00531976">
            <w:pPr>
              <w:rPr>
                <w:b/>
                <w:bCs/>
                <w:lang w:val="es-CO"/>
              </w:rPr>
            </w:pPr>
            <w:r w:rsidRPr="00531976">
              <w:rPr>
                <w:b/>
                <w:bCs/>
                <w:lang w:val="es-CO"/>
              </w:rPr>
              <w:t>ESPECIALIZACIONES</w:t>
            </w:r>
          </w:p>
          <w:p w14:paraId="476C1C39" w14:textId="77777777" w:rsidR="00531976" w:rsidRPr="00531976" w:rsidRDefault="00531976" w:rsidP="00742FE3">
            <w:pPr>
              <w:numPr>
                <w:ilvl w:val="0"/>
                <w:numId w:val="17"/>
              </w:numPr>
              <w:rPr>
                <w:lang w:val="es-CO"/>
              </w:rPr>
            </w:pPr>
            <w:r w:rsidRPr="00531976">
              <w:rPr>
                <w:lang w:val="es-CO"/>
              </w:rPr>
              <w:t xml:space="preserve">Interventoría y Supervisión de Proyectos y Obras Civiles </w:t>
            </w:r>
          </w:p>
          <w:p w14:paraId="3D3C70B3" w14:textId="77777777" w:rsidR="00531976" w:rsidRPr="00531976" w:rsidRDefault="00531976" w:rsidP="00742FE3">
            <w:pPr>
              <w:numPr>
                <w:ilvl w:val="0"/>
                <w:numId w:val="17"/>
              </w:numPr>
              <w:rPr>
                <w:lang w:val="es-CO"/>
              </w:rPr>
            </w:pPr>
            <w:r w:rsidRPr="00531976">
              <w:rPr>
                <w:lang w:val="es-CO"/>
              </w:rPr>
              <w:t xml:space="preserve">Gestión de Destinos Turísticos Innovadores </w:t>
            </w:r>
          </w:p>
          <w:p w14:paraId="3D022E6A" w14:textId="77777777" w:rsidR="00531976" w:rsidRPr="00531976" w:rsidRDefault="00531976" w:rsidP="00742FE3">
            <w:pPr>
              <w:numPr>
                <w:ilvl w:val="0"/>
                <w:numId w:val="17"/>
              </w:numPr>
              <w:rPr>
                <w:lang w:val="es-CO"/>
              </w:rPr>
            </w:pPr>
            <w:r w:rsidRPr="00531976">
              <w:rPr>
                <w:lang w:val="es-CO"/>
              </w:rPr>
              <w:t xml:space="preserve">Derecho Penal y Procesal Penal </w:t>
            </w:r>
          </w:p>
          <w:p w14:paraId="17BB79C4" w14:textId="77777777" w:rsidR="00531976" w:rsidRPr="00531976" w:rsidRDefault="00531976" w:rsidP="00742FE3">
            <w:pPr>
              <w:numPr>
                <w:ilvl w:val="0"/>
                <w:numId w:val="17"/>
              </w:numPr>
              <w:rPr>
                <w:lang w:val="es-CO"/>
              </w:rPr>
            </w:pPr>
            <w:r w:rsidRPr="00531976">
              <w:rPr>
                <w:lang w:val="es-CO"/>
              </w:rPr>
              <w:t xml:space="preserve">Dirección y Gestión Educativa </w:t>
            </w:r>
          </w:p>
          <w:p w14:paraId="51AC4487" w14:textId="77777777" w:rsidR="00531976" w:rsidRDefault="00531976" w:rsidP="00742FE3">
            <w:pPr>
              <w:numPr>
                <w:ilvl w:val="0"/>
                <w:numId w:val="17"/>
              </w:numPr>
              <w:rPr>
                <w:lang w:val="es-CO"/>
              </w:rPr>
            </w:pPr>
            <w:r w:rsidRPr="00531976">
              <w:rPr>
                <w:lang w:val="es-CO"/>
              </w:rPr>
              <w:t xml:space="preserve">Gerencia Educativa – Virtual </w:t>
            </w:r>
          </w:p>
          <w:p w14:paraId="0CAC3007" w14:textId="77777777" w:rsidR="00531976" w:rsidRPr="00531976" w:rsidRDefault="00531976" w:rsidP="00742FE3">
            <w:pPr>
              <w:numPr>
                <w:ilvl w:val="0"/>
                <w:numId w:val="17"/>
              </w:numPr>
              <w:rPr>
                <w:lang w:val="es-CO"/>
              </w:rPr>
            </w:pPr>
            <w:r w:rsidRPr="00531976">
              <w:rPr>
                <w:lang w:val="es-CO"/>
              </w:rPr>
              <w:t xml:space="preserve">Sistemas de Información Geográfica </w:t>
            </w:r>
          </w:p>
          <w:p w14:paraId="0E3B2534" w14:textId="77777777" w:rsidR="00531976" w:rsidRPr="00531976" w:rsidRDefault="00531976" w:rsidP="00742FE3">
            <w:pPr>
              <w:numPr>
                <w:ilvl w:val="0"/>
                <w:numId w:val="17"/>
              </w:numPr>
              <w:rPr>
                <w:lang w:val="es-CO"/>
              </w:rPr>
            </w:pPr>
            <w:r w:rsidRPr="00531976">
              <w:rPr>
                <w:lang w:val="es-CO"/>
              </w:rPr>
              <w:t xml:space="preserve">Diseño y Validación de Instrumentos de Medición </w:t>
            </w:r>
          </w:p>
          <w:p w14:paraId="4EE80D49" w14:textId="77777777" w:rsidR="00531976" w:rsidRPr="00531976" w:rsidRDefault="00531976" w:rsidP="00742FE3">
            <w:pPr>
              <w:numPr>
                <w:ilvl w:val="0"/>
                <w:numId w:val="17"/>
              </w:numPr>
              <w:rPr>
                <w:lang w:val="es-CO"/>
              </w:rPr>
            </w:pPr>
            <w:r w:rsidRPr="00531976">
              <w:rPr>
                <w:lang w:val="es-CO"/>
              </w:rPr>
              <w:t xml:space="preserve">Psicología de la Salud y la Seguridad en el Trabajo </w:t>
            </w:r>
          </w:p>
          <w:p w14:paraId="375291F8" w14:textId="4B01CE83" w:rsidR="00531976" w:rsidRPr="00531976" w:rsidRDefault="00531976" w:rsidP="00742FE3">
            <w:pPr>
              <w:numPr>
                <w:ilvl w:val="0"/>
                <w:numId w:val="17"/>
              </w:numPr>
              <w:rPr>
                <w:lang w:val="es-CO"/>
              </w:rPr>
            </w:pPr>
            <w:r w:rsidRPr="00531976">
              <w:rPr>
                <w:lang w:val="es-CO"/>
              </w:rPr>
              <w:t xml:space="preserve">Psicología de las Organizaciones y del Trabajo </w:t>
            </w:r>
            <w:r>
              <w:rPr>
                <w:lang w:val="es-CO"/>
              </w:rPr>
              <w:t>- Presencial</w:t>
            </w:r>
          </w:p>
          <w:p w14:paraId="75B6B8DF" w14:textId="77777777" w:rsidR="00531976" w:rsidRPr="00531976" w:rsidRDefault="00531976" w:rsidP="00742FE3">
            <w:pPr>
              <w:numPr>
                <w:ilvl w:val="0"/>
                <w:numId w:val="17"/>
              </w:numPr>
              <w:rPr>
                <w:lang w:val="es-CO"/>
              </w:rPr>
            </w:pPr>
            <w:r w:rsidRPr="00531976">
              <w:rPr>
                <w:lang w:val="es-CO"/>
              </w:rPr>
              <w:t xml:space="preserve">Psicología de las Organizaciones y del Trabajo – Virtual </w:t>
            </w:r>
          </w:p>
          <w:p w14:paraId="7DDF44C9" w14:textId="77777777" w:rsidR="00531976" w:rsidRPr="00531976" w:rsidRDefault="00531976" w:rsidP="00742FE3">
            <w:pPr>
              <w:numPr>
                <w:ilvl w:val="0"/>
                <w:numId w:val="17"/>
              </w:numPr>
              <w:rPr>
                <w:lang w:val="es-CO"/>
              </w:rPr>
            </w:pPr>
            <w:r w:rsidRPr="00531976">
              <w:rPr>
                <w:lang w:val="es-CO"/>
              </w:rPr>
              <w:t xml:space="preserve">Psicología de los Cuidados Paliativos </w:t>
            </w:r>
          </w:p>
          <w:p w14:paraId="438F9DD6" w14:textId="74BDC37A" w:rsidR="00531976" w:rsidRPr="00531976" w:rsidRDefault="00531976" w:rsidP="00531976">
            <w:pPr>
              <w:rPr>
                <w:b/>
                <w:bCs/>
                <w:lang w:val="es-CO"/>
              </w:rPr>
            </w:pPr>
          </w:p>
          <w:p w14:paraId="77A6F7E0" w14:textId="77777777" w:rsidR="00531976" w:rsidRPr="00531976" w:rsidRDefault="00531976" w:rsidP="00531976">
            <w:pPr>
              <w:rPr>
                <w:b/>
                <w:bCs/>
                <w:lang w:val="es-CO"/>
              </w:rPr>
            </w:pPr>
            <w:r w:rsidRPr="00531976">
              <w:rPr>
                <w:b/>
                <w:bCs/>
                <w:lang w:val="es-CO"/>
              </w:rPr>
              <w:t>MAESTRÍAS</w:t>
            </w:r>
          </w:p>
          <w:p w14:paraId="5B80441C" w14:textId="77777777" w:rsidR="00531976" w:rsidRPr="00531976" w:rsidRDefault="00531976" w:rsidP="00531976">
            <w:pPr>
              <w:numPr>
                <w:ilvl w:val="0"/>
                <w:numId w:val="15"/>
              </w:numPr>
              <w:rPr>
                <w:lang w:val="es-CO"/>
              </w:rPr>
            </w:pPr>
            <w:r w:rsidRPr="00531976">
              <w:rPr>
                <w:lang w:val="es-CO"/>
              </w:rPr>
              <w:t xml:space="preserve">Bioclimática </w:t>
            </w:r>
          </w:p>
          <w:p w14:paraId="7EFF11EA" w14:textId="77777777" w:rsidR="00531976" w:rsidRPr="00531976" w:rsidRDefault="00531976" w:rsidP="00531976">
            <w:pPr>
              <w:numPr>
                <w:ilvl w:val="0"/>
                <w:numId w:val="15"/>
              </w:numPr>
              <w:rPr>
                <w:lang w:val="es-CO"/>
              </w:rPr>
            </w:pPr>
            <w:r w:rsidRPr="00531976">
              <w:rPr>
                <w:lang w:val="es-CO"/>
              </w:rPr>
              <w:t xml:space="preserve">Creatividad </w:t>
            </w:r>
          </w:p>
          <w:p w14:paraId="62C1CA33" w14:textId="77777777" w:rsidR="00531976" w:rsidRPr="00531976" w:rsidRDefault="00531976" w:rsidP="00531976">
            <w:pPr>
              <w:numPr>
                <w:ilvl w:val="0"/>
                <w:numId w:val="15"/>
              </w:numPr>
              <w:rPr>
                <w:lang w:val="es-CO"/>
              </w:rPr>
            </w:pPr>
            <w:r w:rsidRPr="00531976">
              <w:rPr>
                <w:lang w:val="es-CO"/>
              </w:rPr>
              <w:t xml:space="preserve">Ciencias de la Educación </w:t>
            </w:r>
          </w:p>
          <w:p w14:paraId="515BC75C" w14:textId="77777777" w:rsidR="00531976" w:rsidRPr="00531976" w:rsidRDefault="00531976" w:rsidP="00531976">
            <w:pPr>
              <w:numPr>
                <w:ilvl w:val="0"/>
                <w:numId w:val="15"/>
              </w:numPr>
              <w:rPr>
                <w:lang w:val="es-CO"/>
              </w:rPr>
            </w:pPr>
            <w:proofErr w:type="spellStart"/>
            <w:r w:rsidRPr="00531976">
              <w:rPr>
                <w:lang w:val="es-CO"/>
              </w:rPr>
              <w:t>Geoinformática</w:t>
            </w:r>
            <w:proofErr w:type="spellEnd"/>
            <w:r w:rsidRPr="00531976">
              <w:rPr>
                <w:lang w:val="es-CO"/>
              </w:rPr>
              <w:t xml:space="preserve"> </w:t>
            </w:r>
          </w:p>
          <w:p w14:paraId="74FBE081" w14:textId="77777777" w:rsidR="00121D4E" w:rsidRPr="00531976" w:rsidRDefault="00121D4E" w:rsidP="00121D4E">
            <w:pPr>
              <w:numPr>
                <w:ilvl w:val="0"/>
                <w:numId w:val="15"/>
              </w:numPr>
              <w:rPr>
                <w:lang w:val="es-CO"/>
              </w:rPr>
            </w:pPr>
            <w:r w:rsidRPr="00531976">
              <w:rPr>
                <w:lang w:val="es-CO"/>
              </w:rPr>
              <w:lastRenderedPageBreak/>
              <w:t xml:space="preserve">Psicología Clínica </w:t>
            </w:r>
          </w:p>
          <w:p w14:paraId="48FBEF3C" w14:textId="77777777" w:rsidR="00531976" w:rsidRPr="00531976" w:rsidRDefault="00531976" w:rsidP="00531976">
            <w:pPr>
              <w:numPr>
                <w:ilvl w:val="0"/>
                <w:numId w:val="15"/>
              </w:numPr>
              <w:rPr>
                <w:lang w:val="es-CO"/>
              </w:rPr>
            </w:pPr>
            <w:r w:rsidRPr="00531976">
              <w:rPr>
                <w:lang w:val="es-CO"/>
              </w:rPr>
              <w:t xml:space="preserve">Neuropsicología </w:t>
            </w:r>
          </w:p>
          <w:p w14:paraId="4F1A770F" w14:textId="2483F0E8" w:rsidR="00531976" w:rsidRPr="00531976" w:rsidRDefault="00531976" w:rsidP="00531976">
            <w:pPr>
              <w:rPr>
                <w:b/>
                <w:bCs/>
                <w:lang w:val="es-CO"/>
              </w:rPr>
            </w:pPr>
          </w:p>
          <w:p w14:paraId="45564D8B" w14:textId="77777777" w:rsidR="00531976" w:rsidRPr="00531976" w:rsidRDefault="00531976" w:rsidP="00531976">
            <w:pPr>
              <w:rPr>
                <w:b/>
                <w:bCs/>
                <w:lang w:val="es-CO"/>
              </w:rPr>
            </w:pPr>
            <w:r w:rsidRPr="00531976">
              <w:rPr>
                <w:b/>
                <w:bCs/>
                <w:lang w:val="es-CO"/>
              </w:rPr>
              <w:t>DOCTORADOS</w:t>
            </w:r>
          </w:p>
          <w:p w14:paraId="1AE9B832" w14:textId="77777777" w:rsidR="00531976" w:rsidRPr="00531976" w:rsidRDefault="00531976" w:rsidP="00531976">
            <w:pPr>
              <w:numPr>
                <w:ilvl w:val="0"/>
                <w:numId w:val="16"/>
              </w:numPr>
              <w:rPr>
                <w:lang w:val="es-CO"/>
              </w:rPr>
            </w:pPr>
            <w:r w:rsidRPr="00531976">
              <w:rPr>
                <w:lang w:val="es-CO"/>
              </w:rPr>
              <w:t xml:space="preserve">Ciencias de la Educación </w:t>
            </w:r>
          </w:p>
          <w:p w14:paraId="134C22D2" w14:textId="77777777" w:rsidR="00531976" w:rsidRPr="00531976" w:rsidRDefault="00531976" w:rsidP="00531976">
            <w:pPr>
              <w:numPr>
                <w:ilvl w:val="0"/>
                <w:numId w:val="16"/>
              </w:numPr>
              <w:rPr>
                <w:lang w:val="es-CO"/>
              </w:rPr>
            </w:pPr>
            <w:r w:rsidRPr="00531976">
              <w:rPr>
                <w:lang w:val="es-CO"/>
              </w:rPr>
              <w:t xml:space="preserve">Psicología </w:t>
            </w:r>
          </w:p>
          <w:p w14:paraId="750E2EA5" w14:textId="77777777" w:rsidR="00531976" w:rsidRPr="00C00B67" w:rsidRDefault="00531976" w:rsidP="00C00B67">
            <w:pPr>
              <w:rPr>
                <w:b/>
                <w:bCs/>
                <w:lang w:val="es-CO"/>
              </w:rPr>
            </w:pPr>
          </w:p>
        </w:tc>
      </w:tr>
    </w:tbl>
    <w:p w14:paraId="0D3060DA" w14:textId="77777777" w:rsidR="00097CF0" w:rsidRDefault="00097CF0" w:rsidP="00CB4E37">
      <w:pPr>
        <w:rPr>
          <w:lang w:val="es-CO"/>
        </w:rPr>
      </w:pPr>
    </w:p>
    <w:p w14:paraId="30ABF548" w14:textId="0455A6AE" w:rsidR="00CB4E37" w:rsidRPr="00CB4E37" w:rsidRDefault="00CB4E37" w:rsidP="00CB4E37">
      <w:pPr>
        <w:rPr>
          <w:b/>
          <w:bCs/>
          <w:color w:val="C00000"/>
          <w:sz w:val="30"/>
          <w:szCs w:val="30"/>
          <w:lang w:val="es-CO"/>
        </w:rPr>
      </w:pPr>
      <w:r w:rsidRPr="00CB4E37">
        <w:rPr>
          <w:b/>
          <w:bCs/>
          <w:color w:val="C00000"/>
          <w:sz w:val="30"/>
          <w:szCs w:val="30"/>
          <w:lang w:val="es-CO"/>
        </w:rPr>
        <w:t>ESPECIALIZACIONES</w:t>
      </w:r>
    </w:p>
    <w:tbl>
      <w:tblPr>
        <w:tblW w:w="13176" w:type="dxa"/>
        <w:tblLook w:val="04A0" w:firstRow="1" w:lastRow="0" w:firstColumn="1" w:lastColumn="0" w:noHBand="0" w:noVBand="1"/>
      </w:tblPr>
      <w:tblGrid>
        <w:gridCol w:w="3470"/>
        <w:gridCol w:w="3509"/>
        <w:gridCol w:w="6197"/>
      </w:tblGrid>
      <w:tr w:rsidR="00CB4E37" w:rsidRPr="00F15451" w14:paraId="08DEB19C" w14:textId="77777777" w:rsidTr="00CB4E37">
        <w:tc>
          <w:tcPr>
            <w:tcW w:w="3470" w:type="dxa"/>
          </w:tcPr>
          <w:p w14:paraId="526C5629" w14:textId="31D0BDF7" w:rsidR="00CB4E37" w:rsidRPr="00F15451" w:rsidRDefault="00CB4E37" w:rsidP="00F15451">
            <w:pPr>
              <w:jc w:val="center"/>
              <w:rPr>
                <w:lang w:val="es-CO"/>
              </w:rPr>
            </w:pPr>
            <w:r>
              <w:rPr>
                <w:lang w:val="es-CO"/>
              </w:rPr>
              <w:t xml:space="preserve">Facultad </w:t>
            </w:r>
          </w:p>
        </w:tc>
        <w:tc>
          <w:tcPr>
            <w:tcW w:w="3509" w:type="dxa"/>
          </w:tcPr>
          <w:p w14:paraId="26F9F1BE" w14:textId="34844C35" w:rsidR="00CB4E37" w:rsidRPr="00F15451" w:rsidRDefault="00CB4E37" w:rsidP="00F15451">
            <w:pPr>
              <w:jc w:val="center"/>
              <w:rPr>
                <w:lang w:val="es-CO"/>
              </w:rPr>
            </w:pPr>
            <w:r w:rsidRPr="00F15451">
              <w:rPr>
                <w:lang w:val="es-CO"/>
              </w:rPr>
              <w:t>Programa</w:t>
            </w:r>
          </w:p>
        </w:tc>
        <w:tc>
          <w:tcPr>
            <w:tcW w:w="6197" w:type="dxa"/>
          </w:tcPr>
          <w:p w14:paraId="5DBBCE1A" w14:textId="77777777" w:rsidR="00CB4E37" w:rsidRPr="00F15451" w:rsidRDefault="00CB4E37" w:rsidP="00F15451">
            <w:pPr>
              <w:jc w:val="center"/>
              <w:rPr>
                <w:lang w:val="es-CO"/>
              </w:rPr>
            </w:pPr>
            <w:r w:rsidRPr="00F15451">
              <w:rPr>
                <w:lang w:val="es-CO"/>
              </w:rPr>
              <w:t>Contenido</w:t>
            </w:r>
          </w:p>
        </w:tc>
      </w:tr>
      <w:tr w:rsidR="00CB4E37" w:rsidRPr="00F15451" w14:paraId="2C2D7AFD" w14:textId="77777777" w:rsidTr="00CB4E37">
        <w:tc>
          <w:tcPr>
            <w:tcW w:w="3470" w:type="dxa"/>
          </w:tcPr>
          <w:p w14:paraId="215F068E" w14:textId="35F97962" w:rsidR="00CB4E37" w:rsidRDefault="00CB4E37" w:rsidP="00CB4E37">
            <w:pPr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t>ARTES INTEGRADAS</w:t>
            </w:r>
          </w:p>
        </w:tc>
        <w:tc>
          <w:tcPr>
            <w:tcW w:w="3509" w:type="dxa"/>
          </w:tcPr>
          <w:p w14:paraId="18540B4D" w14:textId="77777777" w:rsidR="00CB4E37" w:rsidRDefault="00CB4E37" w:rsidP="00CB4E37">
            <w:pPr>
              <w:rPr>
                <w:b/>
                <w:bCs/>
                <w:lang w:val="es-CO"/>
              </w:rPr>
            </w:pPr>
            <w:r w:rsidRPr="00F15451">
              <w:rPr>
                <w:b/>
                <w:bCs/>
                <w:lang w:val="es-CO"/>
              </w:rPr>
              <w:t>Especialización en Interventoría y Supervisión de Proyectos y Obras Civiles</w:t>
            </w:r>
          </w:p>
          <w:p w14:paraId="6B42425E" w14:textId="77777777" w:rsidR="00CB4E37" w:rsidRDefault="00CB4E37" w:rsidP="00CB4E37">
            <w:pPr>
              <w:rPr>
                <w:lang w:val="es-CO"/>
              </w:rPr>
            </w:pPr>
            <w:r w:rsidRPr="00F15451">
              <w:rPr>
                <w:lang w:val="es-CO"/>
              </w:rPr>
              <w:br/>
              <w:t>SNIES: 109437 / Res. MEN 11940 del 06/07/2020 (Vigencia: 7 años)</w:t>
            </w:r>
          </w:p>
          <w:p w14:paraId="558B3247" w14:textId="67F8EF3B" w:rsidR="00CB4E37" w:rsidRPr="00F15451" w:rsidRDefault="00CB4E37" w:rsidP="00CB4E37">
            <w:pPr>
              <w:rPr>
                <w:b/>
                <w:bCs/>
                <w:lang w:val="es-CO"/>
              </w:rPr>
            </w:pPr>
            <w:r w:rsidRPr="00D12D70">
              <w:rPr>
                <w:lang w:val="es-CO"/>
              </w:rPr>
              <w:t>Duración:</w:t>
            </w:r>
            <w:r>
              <w:rPr>
                <w:lang w:val="es-CO"/>
              </w:rPr>
              <w:t xml:space="preserve"> </w:t>
            </w:r>
            <w:r w:rsidRPr="00D12D70">
              <w:rPr>
                <w:lang w:val="es-CO"/>
              </w:rPr>
              <w:t>2 semestres</w:t>
            </w:r>
          </w:p>
        </w:tc>
        <w:tc>
          <w:tcPr>
            <w:tcW w:w="6197" w:type="dxa"/>
          </w:tcPr>
          <w:p w14:paraId="53FE979A" w14:textId="77777777" w:rsidR="00CB4E37" w:rsidRDefault="00CB4E37" w:rsidP="00CB4E37">
            <w:pPr>
              <w:rPr>
                <w:lang w:val="es-CO"/>
              </w:rPr>
            </w:pPr>
            <w:r w:rsidRPr="00F15451">
              <w:rPr>
                <w:lang w:val="es-CO"/>
              </w:rPr>
              <w:t>Más control, más proyección profesional.</w:t>
            </w:r>
            <w:r w:rsidRPr="00F15451">
              <w:rPr>
                <w:lang w:val="es-CO"/>
              </w:rPr>
              <w:br/>
            </w:r>
            <w:r w:rsidRPr="00F15451">
              <w:rPr>
                <w:lang w:val="es-CO"/>
              </w:rPr>
              <w:br/>
              <w:t>Orienta la formación hacia el control técnico, administrativo, financiero y legal de proyectos de infraestructura. El enfoque práctico y la actualización normativa constante fortalecen tu perfil para liderar obras públicas y privadas con altos estándares de calidad, cumplimiento y responsabilidad profesional.</w:t>
            </w:r>
            <w:r w:rsidRPr="00F15451">
              <w:rPr>
                <w:lang w:val="es-CO"/>
              </w:rPr>
              <w:br/>
            </w:r>
            <w:r w:rsidRPr="00F15451">
              <w:rPr>
                <w:lang w:val="es-CO"/>
              </w:rPr>
              <w:br/>
              <w:t>¡Especialízate para liderar grandes obras!</w:t>
            </w:r>
          </w:p>
          <w:p w14:paraId="5814AC93" w14:textId="690AE1BC" w:rsidR="00CB4E37" w:rsidRPr="00F15451" w:rsidRDefault="00CB4E37" w:rsidP="00CB4E37">
            <w:pPr>
              <w:rPr>
                <w:lang w:val="es-CO"/>
              </w:rPr>
            </w:pPr>
            <w:hyperlink r:id="rId6" w:history="1">
              <w:r w:rsidRPr="00F66CC0">
                <w:rPr>
                  <w:rStyle w:val="Hipervnculo"/>
                  <w:lang w:val="es-CO"/>
                </w:rPr>
                <w:t>https://usbmed.edu.co/programas/posgrados/especializacion-en-interventoria-y-supervision-de-proyectos-y-obras-civiles</w:t>
              </w:r>
            </w:hyperlink>
            <w:r>
              <w:rPr>
                <w:lang w:val="es-CO"/>
              </w:rPr>
              <w:t xml:space="preserve"> </w:t>
            </w:r>
          </w:p>
        </w:tc>
      </w:tr>
      <w:tr w:rsidR="00CB4E37" w:rsidRPr="00F15451" w14:paraId="511DF3A2" w14:textId="77777777" w:rsidTr="00CB4E37">
        <w:tc>
          <w:tcPr>
            <w:tcW w:w="3470" w:type="dxa"/>
          </w:tcPr>
          <w:p w14:paraId="41DA80F9" w14:textId="3829DD84" w:rsidR="00CB4E37" w:rsidRDefault="00CB4E37" w:rsidP="00CB4E37">
            <w:pPr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t>CIENCIAS EMPRESARIALES</w:t>
            </w:r>
          </w:p>
        </w:tc>
        <w:tc>
          <w:tcPr>
            <w:tcW w:w="3509" w:type="dxa"/>
          </w:tcPr>
          <w:p w14:paraId="4D00FAB9" w14:textId="77777777" w:rsidR="00CB4E37" w:rsidRPr="00F15451" w:rsidRDefault="00CB4E37" w:rsidP="00CB4E37">
            <w:pPr>
              <w:rPr>
                <w:b/>
                <w:bCs/>
                <w:lang w:val="es-CO"/>
              </w:rPr>
            </w:pPr>
            <w:r w:rsidRPr="00F15451">
              <w:rPr>
                <w:b/>
                <w:bCs/>
                <w:lang w:val="es-CO"/>
              </w:rPr>
              <w:t>Especialización en Gestión de Destinos Turísticos Innovadores</w:t>
            </w:r>
          </w:p>
          <w:p w14:paraId="399F5A2F" w14:textId="77777777" w:rsidR="00CB4E37" w:rsidRDefault="00CB4E37" w:rsidP="00CB4E37">
            <w:pPr>
              <w:rPr>
                <w:lang w:val="es-CO"/>
              </w:rPr>
            </w:pPr>
            <w:r w:rsidRPr="00F15451">
              <w:rPr>
                <w:lang w:val="es-CO"/>
              </w:rPr>
              <w:lastRenderedPageBreak/>
              <w:br/>
              <w:t>SNIES: 117576 / Res. MEN 24275 del 06/12/2024 (Vigencia: 7 años)</w:t>
            </w:r>
          </w:p>
          <w:p w14:paraId="7692AC64" w14:textId="315381C9" w:rsidR="00CB4E37" w:rsidRPr="00F15451" w:rsidRDefault="00CB4E37" w:rsidP="00CB4E37">
            <w:pPr>
              <w:rPr>
                <w:b/>
                <w:bCs/>
                <w:lang w:val="es-CO"/>
              </w:rPr>
            </w:pPr>
            <w:r w:rsidRPr="00D12D70">
              <w:rPr>
                <w:lang w:val="es-CO"/>
              </w:rPr>
              <w:t>Duración:</w:t>
            </w:r>
            <w:r>
              <w:rPr>
                <w:lang w:val="es-CO"/>
              </w:rPr>
              <w:t xml:space="preserve"> </w:t>
            </w:r>
            <w:r w:rsidRPr="00D12D70">
              <w:rPr>
                <w:lang w:val="es-CO"/>
              </w:rPr>
              <w:t>2 semestres</w:t>
            </w:r>
          </w:p>
        </w:tc>
        <w:tc>
          <w:tcPr>
            <w:tcW w:w="6197" w:type="dxa"/>
          </w:tcPr>
          <w:p w14:paraId="6BA6C526" w14:textId="77777777" w:rsidR="00CB4E37" w:rsidRDefault="00CB4E37" w:rsidP="00CB4E37">
            <w:pPr>
              <w:rPr>
                <w:lang w:val="es-CO"/>
              </w:rPr>
            </w:pPr>
            <w:r w:rsidRPr="00F15451">
              <w:rPr>
                <w:lang w:val="es-CO"/>
              </w:rPr>
              <w:lastRenderedPageBreak/>
              <w:t>Innovar el turismo también transforma territorios.</w:t>
            </w:r>
            <w:r w:rsidRPr="00F15451">
              <w:rPr>
                <w:lang w:val="es-CO"/>
              </w:rPr>
              <w:br/>
            </w:r>
            <w:r w:rsidRPr="00F15451">
              <w:rPr>
                <w:lang w:val="es-CO"/>
              </w:rPr>
              <w:br/>
              <w:t xml:space="preserve">Forma líderes capaces de diseñar y gestionar destinos turísticos sostenibles, inteligentes y competitivos. Integra </w:t>
            </w:r>
            <w:r w:rsidRPr="00F15451">
              <w:rPr>
                <w:lang w:val="es-CO"/>
              </w:rPr>
              <w:lastRenderedPageBreak/>
              <w:t>innovación, tecnología y planificación estratégica, facilitando la creación de experiencias auténticas que generan valor económico, social y ambiental en territorios locales e internacionales.</w:t>
            </w:r>
            <w:r w:rsidRPr="00F15451">
              <w:rPr>
                <w:lang w:val="es-CO"/>
              </w:rPr>
              <w:br/>
            </w:r>
            <w:r w:rsidRPr="00F15451">
              <w:rPr>
                <w:lang w:val="es-CO"/>
              </w:rPr>
              <w:br/>
              <w:t>¡Lidera el turismo del futuro!</w:t>
            </w:r>
          </w:p>
          <w:p w14:paraId="73EC73A8" w14:textId="77E6276E" w:rsidR="00CB4E37" w:rsidRPr="00F15451" w:rsidRDefault="00CB4E37" w:rsidP="00CB4E37">
            <w:pPr>
              <w:rPr>
                <w:lang w:val="es-CO"/>
              </w:rPr>
            </w:pPr>
            <w:hyperlink r:id="rId7" w:history="1">
              <w:r w:rsidRPr="00F66CC0">
                <w:rPr>
                  <w:rStyle w:val="Hipervnculo"/>
                  <w:lang w:val="es-CO"/>
                </w:rPr>
                <w:t>https://usbmed.edu.co/programas/posgrados/especializacion-en-gestion-de-destinos-turisticos-innovadores</w:t>
              </w:r>
            </w:hyperlink>
            <w:r>
              <w:rPr>
                <w:lang w:val="es-CO"/>
              </w:rPr>
              <w:t xml:space="preserve"> </w:t>
            </w:r>
          </w:p>
        </w:tc>
      </w:tr>
      <w:tr w:rsidR="00CB4E37" w:rsidRPr="00F15451" w14:paraId="750C5A68" w14:textId="77777777" w:rsidTr="00CB4E37">
        <w:tc>
          <w:tcPr>
            <w:tcW w:w="3470" w:type="dxa"/>
          </w:tcPr>
          <w:p w14:paraId="23E3F3C9" w14:textId="14D8543B" w:rsidR="00CB4E37" w:rsidRDefault="00CB4E37" w:rsidP="00CB4E37">
            <w:pPr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lastRenderedPageBreak/>
              <w:t>DERECHO</w:t>
            </w:r>
          </w:p>
        </w:tc>
        <w:tc>
          <w:tcPr>
            <w:tcW w:w="3509" w:type="dxa"/>
          </w:tcPr>
          <w:p w14:paraId="142D744E" w14:textId="77777777" w:rsidR="00CB4E37" w:rsidRDefault="00CB4E37" w:rsidP="00CB4E37">
            <w:pPr>
              <w:rPr>
                <w:b/>
                <w:bCs/>
                <w:lang w:val="es-CO"/>
              </w:rPr>
            </w:pPr>
            <w:r w:rsidRPr="00CB4E37">
              <w:rPr>
                <w:b/>
                <w:bCs/>
                <w:lang w:val="es-CO"/>
              </w:rPr>
              <w:t>Especialización en Derecho Penal y Procesal Penal</w:t>
            </w:r>
          </w:p>
          <w:p w14:paraId="3C3E6135" w14:textId="3B96B239" w:rsidR="00CB4E37" w:rsidRDefault="00CB4E37" w:rsidP="00CB4E37">
            <w:pPr>
              <w:rPr>
                <w:lang w:val="es-CO"/>
              </w:rPr>
            </w:pPr>
            <w:r w:rsidRPr="00CB4E37">
              <w:rPr>
                <w:lang w:val="es-CO"/>
              </w:rPr>
              <w:t>SNIES: 116803 / Res. MEN 3353 del 21/03/2024 (</w:t>
            </w:r>
            <w:r>
              <w:rPr>
                <w:lang w:val="es-CO"/>
              </w:rPr>
              <w:t xml:space="preserve">Vigencia: </w:t>
            </w:r>
            <w:r w:rsidRPr="00CB4E37">
              <w:rPr>
                <w:lang w:val="es-CO"/>
              </w:rPr>
              <w:t>7 años)</w:t>
            </w:r>
          </w:p>
          <w:p w14:paraId="782E8E7B" w14:textId="3095705D" w:rsidR="00CB4E37" w:rsidRPr="00CB4E37" w:rsidRDefault="00CB4E37" w:rsidP="00CB4E37">
            <w:pPr>
              <w:rPr>
                <w:lang w:val="es-CO"/>
              </w:rPr>
            </w:pPr>
            <w:r w:rsidRPr="00CB4E37">
              <w:rPr>
                <w:b/>
                <w:bCs/>
                <w:lang w:val="es-CO"/>
              </w:rPr>
              <w:t>Duración:</w:t>
            </w:r>
            <w:r>
              <w:rPr>
                <w:b/>
                <w:bCs/>
                <w:lang w:val="es-CO"/>
              </w:rPr>
              <w:t xml:space="preserve"> </w:t>
            </w:r>
            <w:r w:rsidRPr="00CB4E37">
              <w:rPr>
                <w:lang w:val="es-CO"/>
              </w:rPr>
              <w:t>2 semestres</w:t>
            </w:r>
          </w:p>
          <w:p w14:paraId="77B18012" w14:textId="77777777" w:rsidR="00CB4E37" w:rsidRPr="00CB4E37" w:rsidRDefault="00CB4E37" w:rsidP="00CB4E37">
            <w:pPr>
              <w:rPr>
                <w:lang w:val="es-CO"/>
              </w:rPr>
            </w:pPr>
          </w:p>
          <w:p w14:paraId="1631DBC4" w14:textId="77777777" w:rsidR="00CB4E37" w:rsidRDefault="00CB4E37" w:rsidP="00CB4E37">
            <w:pPr>
              <w:rPr>
                <w:b/>
                <w:bCs/>
                <w:lang w:val="es-CO"/>
              </w:rPr>
            </w:pPr>
          </w:p>
          <w:p w14:paraId="7B0C2F99" w14:textId="2C6EBF1B" w:rsidR="00CB4E37" w:rsidRPr="00F15451" w:rsidRDefault="00CB4E37" w:rsidP="00CB4E37">
            <w:pPr>
              <w:rPr>
                <w:b/>
                <w:bCs/>
                <w:lang w:val="es-CO"/>
              </w:rPr>
            </w:pPr>
          </w:p>
        </w:tc>
        <w:tc>
          <w:tcPr>
            <w:tcW w:w="6197" w:type="dxa"/>
          </w:tcPr>
          <w:p w14:paraId="4EF0A8CA" w14:textId="77777777" w:rsidR="00CB4E37" w:rsidRPr="00CB4E37" w:rsidRDefault="00CB4E37" w:rsidP="00CB4E37">
            <w:pPr>
              <w:rPr>
                <w:lang w:val="es-CO"/>
              </w:rPr>
            </w:pPr>
            <w:r w:rsidRPr="00CB4E37">
              <w:rPr>
                <w:lang w:val="es-CO"/>
              </w:rPr>
              <w:t>El ejercicio penal exige argumentación sólida y dominio del sistema acusatorio.</w:t>
            </w:r>
          </w:p>
          <w:p w14:paraId="018832C4" w14:textId="77777777" w:rsidR="00CB4E37" w:rsidRPr="00CB4E37" w:rsidRDefault="00CB4E37" w:rsidP="00CB4E37">
            <w:pPr>
              <w:rPr>
                <w:lang w:val="es-CO"/>
              </w:rPr>
            </w:pPr>
            <w:r w:rsidRPr="00CB4E37">
              <w:rPr>
                <w:lang w:val="es-CO"/>
              </w:rPr>
              <w:t>Profundiza en derecho penal sustantivo y procesal con enfoque práctico, crítico y constitucional. La formación fortalece competencias en análisis jurisprudencial, litigación oral y estrategias de defensa, preparando especialistas con alta proyección en escenarios judiciales, consultoría y ejercicio profesional ético y riguroso.</w:t>
            </w:r>
          </w:p>
          <w:p w14:paraId="61103376" w14:textId="77777777" w:rsidR="00CB4E37" w:rsidRPr="00CB4E37" w:rsidRDefault="00CB4E37" w:rsidP="00CB4E37">
            <w:pPr>
              <w:rPr>
                <w:lang w:val="es-CO"/>
              </w:rPr>
            </w:pPr>
            <w:r w:rsidRPr="00CB4E37">
              <w:rPr>
                <w:lang w:val="es-CO"/>
              </w:rPr>
              <w:t>¡Fortalece tu práctica en derecho penal!</w:t>
            </w:r>
          </w:p>
          <w:p w14:paraId="1D8AE8A9" w14:textId="3200E666" w:rsidR="00CB4E37" w:rsidRPr="00F15451" w:rsidRDefault="00CB4E37" w:rsidP="00CB4E37">
            <w:pPr>
              <w:rPr>
                <w:lang w:val="es-CO"/>
              </w:rPr>
            </w:pPr>
            <w:hyperlink r:id="rId8" w:history="1">
              <w:r w:rsidRPr="00F66CC0">
                <w:rPr>
                  <w:rStyle w:val="Hipervnculo"/>
                  <w:lang w:val="es-CO"/>
                </w:rPr>
                <w:t>https://usbmed.edu.co/programas/posgrados/especializacion-en-derecho-penal-y-procesal-penal</w:t>
              </w:r>
            </w:hyperlink>
            <w:r>
              <w:rPr>
                <w:lang w:val="es-CO"/>
              </w:rPr>
              <w:t xml:space="preserve"> </w:t>
            </w:r>
          </w:p>
        </w:tc>
      </w:tr>
      <w:tr w:rsidR="00CB4E37" w:rsidRPr="00F15451" w14:paraId="3D009AAC" w14:textId="77777777" w:rsidTr="00CB4E37">
        <w:tc>
          <w:tcPr>
            <w:tcW w:w="3470" w:type="dxa"/>
          </w:tcPr>
          <w:p w14:paraId="1DCCBB6E" w14:textId="14218B95" w:rsidR="00CB4E37" w:rsidRPr="00F15451" w:rsidRDefault="00CB4E37" w:rsidP="00CB4E37">
            <w:pPr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t>EDUCACIÓN</w:t>
            </w:r>
          </w:p>
        </w:tc>
        <w:tc>
          <w:tcPr>
            <w:tcW w:w="3509" w:type="dxa"/>
          </w:tcPr>
          <w:p w14:paraId="15DB8D9B" w14:textId="2132329F" w:rsidR="00CB4E37" w:rsidRPr="00F15451" w:rsidRDefault="00CB4E37" w:rsidP="00CB4E37">
            <w:pPr>
              <w:rPr>
                <w:b/>
                <w:bCs/>
                <w:lang w:val="es-CO"/>
              </w:rPr>
            </w:pPr>
            <w:r w:rsidRPr="00F15451">
              <w:rPr>
                <w:b/>
                <w:bCs/>
                <w:lang w:val="es-CO"/>
              </w:rPr>
              <w:t>Especialización en Dirección y Gestión Educativa</w:t>
            </w:r>
          </w:p>
          <w:p w14:paraId="4DFF23B9" w14:textId="77777777" w:rsidR="00CB4E37" w:rsidRDefault="00CB4E37" w:rsidP="00CB4E37">
            <w:pPr>
              <w:rPr>
                <w:lang w:val="es-CO"/>
              </w:rPr>
            </w:pPr>
            <w:r w:rsidRPr="00F15451">
              <w:rPr>
                <w:lang w:val="es-CO"/>
              </w:rPr>
              <w:t>SNIES: 107324 / Res. MEN 18645 del 22/10/2024 (Vigencia: 7 años)</w:t>
            </w:r>
          </w:p>
          <w:p w14:paraId="6250724E" w14:textId="27453158" w:rsidR="00CB4E37" w:rsidRPr="00F15451" w:rsidRDefault="00CB4E37" w:rsidP="00CB4E37">
            <w:pPr>
              <w:rPr>
                <w:lang w:val="es-CO"/>
              </w:rPr>
            </w:pPr>
            <w:r w:rsidRPr="00563523">
              <w:rPr>
                <w:b/>
                <w:bCs/>
                <w:lang w:val="es-CO"/>
              </w:rPr>
              <w:lastRenderedPageBreak/>
              <w:t>Duración:</w:t>
            </w:r>
            <w:r>
              <w:rPr>
                <w:lang w:val="es-CO"/>
              </w:rPr>
              <w:t xml:space="preserve"> </w:t>
            </w:r>
            <w:r w:rsidRPr="00D12D70">
              <w:t xml:space="preserve">3 </w:t>
            </w:r>
            <w:proofErr w:type="spellStart"/>
            <w:r w:rsidRPr="00D12D70">
              <w:t>cuatrimestres</w:t>
            </w:r>
            <w:proofErr w:type="spellEnd"/>
          </w:p>
        </w:tc>
        <w:tc>
          <w:tcPr>
            <w:tcW w:w="6197" w:type="dxa"/>
          </w:tcPr>
          <w:p w14:paraId="06551590" w14:textId="77777777" w:rsidR="00CB4E37" w:rsidRDefault="00CB4E37" w:rsidP="00CB4E37">
            <w:pPr>
              <w:rPr>
                <w:lang w:val="es-CO"/>
              </w:rPr>
            </w:pPr>
            <w:r w:rsidRPr="00F15451">
              <w:rPr>
                <w:lang w:val="es-CO"/>
              </w:rPr>
              <w:lastRenderedPageBreak/>
              <w:t>Cuando liderar la educación es tu siguiente nivel profesional.</w:t>
            </w:r>
            <w:r w:rsidRPr="00F15451">
              <w:rPr>
                <w:lang w:val="es-CO"/>
              </w:rPr>
              <w:br/>
            </w:r>
            <w:r w:rsidRPr="00F15451">
              <w:rPr>
                <w:lang w:val="es-CO"/>
              </w:rPr>
              <w:br/>
              <w:t xml:space="preserve">Diseñada para profesionales que buscan liderar instituciones educativas con visión y criterio, la Especialización fortalece competencias directivas, pedagógicas y administrativas con aplicación inmediata. El énfasis en liderazgo estratégico y </w:t>
            </w:r>
            <w:r w:rsidRPr="00F15451">
              <w:rPr>
                <w:lang w:val="es-CO"/>
              </w:rPr>
              <w:lastRenderedPageBreak/>
              <w:t>formación humana impulsa perfiles capaces de mejorar la calidad institucional y dirigir equipos con impacto real.</w:t>
            </w:r>
            <w:r w:rsidRPr="00F15451">
              <w:rPr>
                <w:lang w:val="es-CO"/>
              </w:rPr>
              <w:br/>
            </w:r>
            <w:r w:rsidRPr="00F15451">
              <w:rPr>
                <w:lang w:val="es-CO"/>
              </w:rPr>
              <w:br/>
              <w:t>¡Proyéctate como directivo educativo!</w:t>
            </w:r>
          </w:p>
          <w:p w14:paraId="433E02DC" w14:textId="0BE71840" w:rsidR="00CB4E37" w:rsidRPr="00F15451" w:rsidRDefault="00CB4E37" w:rsidP="00CB4E37">
            <w:pPr>
              <w:rPr>
                <w:lang w:val="es-CO"/>
              </w:rPr>
            </w:pPr>
            <w:hyperlink r:id="rId9" w:history="1">
              <w:r w:rsidRPr="00F66CC0">
                <w:rPr>
                  <w:rStyle w:val="Hipervnculo"/>
                  <w:lang w:val="es-CO"/>
                </w:rPr>
                <w:t>https://usbmed.edu.co/programas/posgrados/especializacion-en-direccion-y-gestion-educativa</w:t>
              </w:r>
            </w:hyperlink>
            <w:r>
              <w:rPr>
                <w:lang w:val="es-CO"/>
              </w:rPr>
              <w:t xml:space="preserve"> </w:t>
            </w:r>
          </w:p>
        </w:tc>
      </w:tr>
      <w:tr w:rsidR="00CB4E37" w:rsidRPr="00F15451" w14:paraId="2679E3F8" w14:textId="77777777" w:rsidTr="00CB4E37">
        <w:tc>
          <w:tcPr>
            <w:tcW w:w="3470" w:type="dxa"/>
          </w:tcPr>
          <w:p w14:paraId="78059AA9" w14:textId="56C4D87B" w:rsidR="00CB4E37" w:rsidRDefault="00CB4E37" w:rsidP="00CB4E37">
            <w:pPr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lastRenderedPageBreak/>
              <w:t>EDUCACIÓN</w:t>
            </w:r>
          </w:p>
        </w:tc>
        <w:tc>
          <w:tcPr>
            <w:tcW w:w="3509" w:type="dxa"/>
          </w:tcPr>
          <w:p w14:paraId="58B1DB59" w14:textId="77777777" w:rsidR="00CB4E37" w:rsidRPr="00F15451" w:rsidRDefault="00CB4E37" w:rsidP="00CB4E37">
            <w:pPr>
              <w:rPr>
                <w:b/>
                <w:bCs/>
                <w:lang w:val="es-CO"/>
              </w:rPr>
            </w:pPr>
            <w:r w:rsidRPr="00F15451">
              <w:rPr>
                <w:b/>
                <w:bCs/>
                <w:lang w:val="es-CO"/>
              </w:rPr>
              <w:t>Especialización en Gerencia Educativa – Virtual</w:t>
            </w:r>
          </w:p>
          <w:p w14:paraId="3A38B80E" w14:textId="77777777" w:rsidR="00CB4E37" w:rsidRDefault="00CB4E37" w:rsidP="00CB4E37">
            <w:pPr>
              <w:rPr>
                <w:lang w:val="es-CO"/>
              </w:rPr>
            </w:pPr>
            <w:r w:rsidRPr="00F15451">
              <w:rPr>
                <w:lang w:val="es-CO"/>
              </w:rPr>
              <w:br/>
              <w:t>SNIES: 53565 / Res. MEN 6430 del 22/04/2022 (Vigencia: 7 años)</w:t>
            </w:r>
          </w:p>
          <w:p w14:paraId="0A0B44DA" w14:textId="2CF9B8F2" w:rsidR="00CB4E37" w:rsidRPr="00F15451" w:rsidRDefault="00CB4E37" w:rsidP="00CB4E37">
            <w:pPr>
              <w:rPr>
                <w:b/>
                <w:bCs/>
                <w:lang w:val="es-CO"/>
              </w:rPr>
            </w:pPr>
            <w:r>
              <w:rPr>
                <w:lang w:val="es-CO"/>
              </w:rPr>
              <w:t xml:space="preserve">Duración: </w:t>
            </w:r>
            <w:r w:rsidRPr="00D12D70">
              <w:t xml:space="preserve">3 </w:t>
            </w:r>
            <w:proofErr w:type="spellStart"/>
            <w:r w:rsidRPr="00D12D70">
              <w:t>cuatrimestres</w:t>
            </w:r>
            <w:proofErr w:type="spellEnd"/>
          </w:p>
        </w:tc>
        <w:tc>
          <w:tcPr>
            <w:tcW w:w="6197" w:type="dxa"/>
          </w:tcPr>
          <w:p w14:paraId="0338D6D0" w14:textId="77777777" w:rsidR="00CB4E37" w:rsidRDefault="00CB4E37" w:rsidP="00CB4E37">
            <w:pPr>
              <w:rPr>
                <w:lang w:val="es-CO"/>
              </w:rPr>
            </w:pPr>
            <w:r w:rsidRPr="00F15451">
              <w:rPr>
                <w:lang w:val="es-CO"/>
              </w:rPr>
              <w:t>Dirigir educación con flexibilidad también es liderazgo.</w:t>
            </w:r>
            <w:r w:rsidRPr="00F15451">
              <w:rPr>
                <w:lang w:val="es-CO"/>
              </w:rPr>
              <w:br/>
            </w:r>
            <w:r w:rsidRPr="00F15451">
              <w:rPr>
                <w:lang w:val="es-CO"/>
              </w:rPr>
              <w:br/>
              <w:t>Pensada para quienes necesitan flexibilidad sin renunciar a la calidad académica. La modalidad virtual integra liderazgo, gestión institucional y toma de decisiones estratégicas, con acompañamiento permanente y enfoque ético, preparando perfiles capaces de dirigir organizaciones educativas desde cualquier lugar.</w:t>
            </w:r>
            <w:r w:rsidRPr="00F15451">
              <w:rPr>
                <w:lang w:val="es-CO"/>
              </w:rPr>
              <w:br/>
            </w:r>
            <w:r w:rsidRPr="00F15451">
              <w:rPr>
                <w:lang w:val="es-CO"/>
              </w:rPr>
              <w:br/>
              <w:t>¡Asume la gerencia educativa con visión!</w:t>
            </w:r>
          </w:p>
          <w:p w14:paraId="36959433" w14:textId="77777777" w:rsidR="00CB4E37" w:rsidRDefault="00CB4E37" w:rsidP="00CB4E37">
            <w:pPr>
              <w:rPr>
                <w:lang w:val="es-CO"/>
              </w:rPr>
            </w:pPr>
          </w:p>
          <w:p w14:paraId="6D5D119F" w14:textId="23632992" w:rsidR="00CB4E37" w:rsidRPr="00F15451" w:rsidRDefault="00CB4E37" w:rsidP="00CB4E37">
            <w:pPr>
              <w:rPr>
                <w:lang w:val="es-CO"/>
              </w:rPr>
            </w:pPr>
            <w:hyperlink r:id="rId10" w:history="1">
              <w:r w:rsidRPr="00F66CC0">
                <w:rPr>
                  <w:rStyle w:val="Hipervnculo"/>
                  <w:lang w:val="es-CO"/>
                </w:rPr>
                <w:t>https://usbmed.edu.co/programas/posgrados/especializacion-en-gerencia-educativa-fucn</w:t>
              </w:r>
            </w:hyperlink>
            <w:r>
              <w:rPr>
                <w:lang w:val="es-CO"/>
              </w:rPr>
              <w:t xml:space="preserve"> </w:t>
            </w:r>
          </w:p>
        </w:tc>
      </w:tr>
      <w:tr w:rsidR="0011385D" w:rsidRPr="00F15451" w14:paraId="6C0DA67C" w14:textId="77777777" w:rsidTr="00CB4E37">
        <w:tc>
          <w:tcPr>
            <w:tcW w:w="3470" w:type="dxa"/>
          </w:tcPr>
          <w:p w14:paraId="630B1F84" w14:textId="4C7B7A39" w:rsidR="0011385D" w:rsidRDefault="0011385D" w:rsidP="0011385D">
            <w:pPr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t>INGENIERÍAS</w:t>
            </w:r>
          </w:p>
        </w:tc>
        <w:tc>
          <w:tcPr>
            <w:tcW w:w="3509" w:type="dxa"/>
          </w:tcPr>
          <w:p w14:paraId="531CE277" w14:textId="77777777" w:rsidR="0011385D" w:rsidRPr="00F15451" w:rsidRDefault="0011385D" w:rsidP="0011385D">
            <w:pPr>
              <w:rPr>
                <w:b/>
                <w:bCs/>
                <w:lang w:val="es-CO"/>
              </w:rPr>
            </w:pPr>
            <w:r w:rsidRPr="00F15451">
              <w:rPr>
                <w:b/>
                <w:bCs/>
                <w:lang w:val="es-CO"/>
              </w:rPr>
              <w:t>Especialización en Sistemas de Información Geográfica</w:t>
            </w:r>
          </w:p>
          <w:p w14:paraId="1628E013" w14:textId="77777777" w:rsidR="0011385D" w:rsidRDefault="0011385D" w:rsidP="0011385D">
            <w:pPr>
              <w:rPr>
                <w:lang w:val="es-CO"/>
              </w:rPr>
            </w:pPr>
            <w:r w:rsidRPr="00F15451">
              <w:rPr>
                <w:lang w:val="es-CO"/>
              </w:rPr>
              <w:br/>
              <w:t>SNIES: 15541 / Res. MEN 17033 del 10/09/2021 (Vigencia: 7 años)</w:t>
            </w:r>
          </w:p>
          <w:p w14:paraId="39290182" w14:textId="77777777" w:rsidR="0011385D" w:rsidRPr="00C875A6" w:rsidRDefault="0011385D" w:rsidP="0011385D">
            <w:pPr>
              <w:rPr>
                <w:lang w:val="es-CO"/>
              </w:rPr>
            </w:pPr>
            <w:r w:rsidRPr="00C875A6">
              <w:rPr>
                <w:b/>
                <w:bCs/>
                <w:lang w:val="es-CO"/>
              </w:rPr>
              <w:lastRenderedPageBreak/>
              <w:t>Duración:</w:t>
            </w:r>
            <w:r>
              <w:rPr>
                <w:b/>
                <w:bCs/>
                <w:lang w:val="es-CO"/>
              </w:rPr>
              <w:t xml:space="preserve"> </w:t>
            </w:r>
            <w:r w:rsidRPr="00C875A6">
              <w:rPr>
                <w:lang w:val="es-CO"/>
              </w:rPr>
              <w:t>2 semestres</w:t>
            </w:r>
          </w:p>
          <w:p w14:paraId="3CC4F307" w14:textId="77777777" w:rsidR="0011385D" w:rsidRPr="00F15451" w:rsidRDefault="0011385D" w:rsidP="0011385D">
            <w:pPr>
              <w:rPr>
                <w:b/>
                <w:bCs/>
                <w:lang w:val="es-CO"/>
              </w:rPr>
            </w:pPr>
          </w:p>
        </w:tc>
        <w:tc>
          <w:tcPr>
            <w:tcW w:w="6197" w:type="dxa"/>
          </w:tcPr>
          <w:p w14:paraId="752BB270" w14:textId="77777777" w:rsidR="0011385D" w:rsidRDefault="0011385D" w:rsidP="0011385D">
            <w:pPr>
              <w:rPr>
                <w:lang w:val="es-CO"/>
              </w:rPr>
            </w:pPr>
            <w:r w:rsidRPr="00F15451">
              <w:rPr>
                <w:lang w:val="es-CO"/>
              </w:rPr>
              <w:lastRenderedPageBreak/>
              <w:t>El territorio se entiende mejor cuando se analiza bien.</w:t>
            </w:r>
            <w:r w:rsidRPr="00F15451">
              <w:rPr>
                <w:lang w:val="es-CO"/>
              </w:rPr>
              <w:br/>
            </w:r>
            <w:r w:rsidRPr="00F15451">
              <w:rPr>
                <w:lang w:val="es-CO"/>
              </w:rPr>
              <w:br/>
              <w:t xml:space="preserve">Potencia la capacidad para transformar datos espaciales en conocimiento aplicado. La formación integra cartografía, teledetección y análisis territorial, preparando especialistas para liderar proyectos de planificación, gestión ambiental y </w:t>
            </w:r>
            <w:r w:rsidRPr="00F15451">
              <w:rPr>
                <w:lang w:val="es-CO"/>
              </w:rPr>
              <w:lastRenderedPageBreak/>
              <w:t>ordenamiento territorial con impacto estratégico.</w:t>
            </w:r>
            <w:r w:rsidRPr="00F15451">
              <w:rPr>
                <w:lang w:val="es-CO"/>
              </w:rPr>
              <w:br/>
            </w:r>
            <w:r w:rsidRPr="00F15451">
              <w:rPr>
                <w:lang w:val="es-CO"/>
              </w:rPr>
              <w:br/>
              <w:t>¡Toma decisiones con base en el territorio!</w:t>
            </w:r>
          </w:p>
          <w:p w14:paraId="6AAC38D8" w14:textId="28696734" w:rsidR="0011385D" w:rsidRPr="00F15451" w:rsidRDefault="0011385D" w:rsidP="0011385D">
            <w:pPr>
              <w:rPr>
                <w:lang w:val="es-CO"/>
              </w:rPr>
            </w:pPr>
            <w:hyperlink r:id="rId11" w:history="1">
              <w:r w:rsidRPr="00F66CC0">
                <w:rPr>
                  <w:rStyle w:val="Hipervnculo"/>
                  <w:lang w:val="es-CO"/>
                </w:rPr>
                <w:t>https://usbmed.edu.co/programas/posgrados/especializacion-en-sistemas-de-informacion-geografica</w:t>
              </w:r>
            </w:hyperlink>
            <w:r>
              <w:rPr>
                <w:lang w:val="es-CO"/>
              </w:rPr>
              <w:t xml:space="preserve"> </w:t>
            </w:r>
          </w:p>
        </w:tc>
      </w:tr>
      <w:tr w:rsidR="0011385D" w:rsidRPr="00F15451" w14:paraId="5A6BA6C2" w14:textId="77777777" w:rsidTr="00CB4E37">
        <w:tc>
          <w:tcPr>
            <w:tcW w:w="3470" w:type="dxa"/>
          </w:tcPr>
          <w:p w14:paraId="5D50FFE6" w14:textId="42A5EEA9" w:rsidR="0011385D" w:rsidRPr="00F15451" w:rsidRDefault="0011385D" w:rsidP="0011385D">
            <w:pPr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lastRenderedPageBreak/>
              <w:t>PSICOLOGÍA</w:t>
            </w:r>
          </w:p>
        </w:tc>
        <w:tc>
          <w:tcPr>
            <w:tcW w:w="3509" w:type="dxa"/>
          </w:tcPr>
          <w:p w14:paraId="44CDADEC" w14:textId="523F313E" w:rsidR="0011385D" w:rsidRPr="00F15451" w:rsidRDefault="0011385D" w:rsidP="0011385D">
            <w:pPr>
              <w:rPr>
                <w:b/>
                <w:bCs/>
                <w:lang w:val="es-CO"/>
              </w:rPr>
            </w:pPr>
            <w:r w:rsidRPr="00F15451">
              <w:rPr>
                <w:b/>
                <w:bCs/>
                <w:lang w:val="es-CO"/>
              </w:rPr>
              <w:t>Especialización en Diseño y Validación de Instrumentos de Medición</w:t>
            </w:r>
          </w:p>
          <w:p w14:paraId="629C616E" w14:textId="77777777" w:rsidR="0011385D" w:rsidRDefault="0011385D" w:rsidP="0011385D">
            <w:pPr>
              <w:rPr>
                <w:lang w:val="es-CO"/>
              </w:rPr>
            </w:pPr>
            <w:r w:rsidRPr="00F15451">
              <w:rPr>
                <w:lang w:val="es-CO"/>
              </w:rPr>
              <w:br/>
              <w:t>SNIES: 110968 / Res. MEN 1618 del 18/02/2022 (Vigencia: 7 años)</w:t>
            </w:r>
          </w:p>
          <w:p w14:paraId="1988D56D" w14:textId="13D156B8" w:rsidR="0011385D" w:rsidRPr="00563523" w:rsidRDefault="0011385D" w:rsidP="0011385D">
            <w:pPr>
              <w:rPr>
                <w:lang w:val="es-CO"/>
              </w:rPr>
            </w:pPr>
            <w:r w:rsidRPr="00563523">
              <w:rPr>
                <w:b/>
                <w:bCs/>
                <w:lang w:val="es-CO"/>
              </w:rPr>
              <w:t>Duración:</w:t>
            </w:r>
            <w:r>
              <w:rPr>
                <w:b/>
                <w:bCs/>
                <w:lang w:val="es-CO"/>
              </w:rPr>
              <w:t xml:space="preserve"> </w:t>
            </w:r>
            <w:r w:rsidRPr="00563523">
              <w:rPr>
                <w:lang w:val="es-CO"/>
              </w:rPr>
              <w:t>2 semestres</w:t>
            </w:r>
          </w:p>
          <w:p w14:paraId="5B3A8FC6" w14:textId="5D05DBCA" w:rsidR="0011385D" w:rsidRPr="00F15451" w:rsidRDefault="0011385D" w:rsidP="0011385D">
            <w:pPr>
              <w:rPr>
                <w:lang w:val="es-CO"/>
              </w:rPr>
            </w:pPr>
          </w:p>
        </w:tc>
        <w:tc>
          <w:tcPr>
            <w:tcW w:w="6197" w:type="dxa"/>
          </w:tcPr>
          <w:p w14:paraId="22AB0EB6" w14:textId="2975CD73" w:rsidR="0011385D" w:rsidRDefault="0011385D" w:rsidP="0011385D">
            <w:pPr>
              <w:rPr>
                <w:lang w:val="es-CO"/>
              </w:rPr>
            </w:pPr>
            <w:r w:rsidRPr="00F15451">
              <w:rPr>
                <w:lang w:val="es-CO"/>
              </w:rPr>
              <w:t>Decidir mejor empieza por medir con rigor.</w:t>
            </w:r>
            <w:r w:rsidRPr="00F15451">
              <w:rPr>
                <w:lang w:val="es-CO"/>
              </w:rPr>
              <w:br/>
            </w:r>
            <w:r w:rsidRPr="00F15451">
              <w:rPr>
                <w:lang w:val="es-CO"/>
              </w:rPr>
              <w:br/>
              <w:t>Una propuesta académica única en Colombia que convierte la medición en una ventaja profesional clave. Desarrolla dominio en psicometría, análisis estadístico y validación de instrumentos bajo estándares internacionales, ampliando oportunidades laborales en educación, salud, investigación y contextos organizacionales basados en datos confiables.</w:t>
            </w:r>
            <w:r w:rsidRPr="00F15451">
              <w:rPr>
                <w:lang w:val="es-CO"/>
              </w:rPr>
              <w:br/>
            </w:r>
            <w:r w:rsidRPr="00F15451">
              <w:rPr>
                <w:lang w:val="es-CO"/>
              </w:rPr>
              <w:br/>
              <w:t>¡Conviértete en referente en medición!</w:t>
            </w:r>
          </w:p>
          <w:p w14:paraId="70AA9038" w14:textId="7FE258CE" w:rsidR="0011385D" w:rsidRPr="00F15451" w:rsidRDefault="0011385D" w:rsidP="0011385D">
            <w:pPr>
              <w:rPr>
                <w:lang w:val="es-CO"/>
              </w:rPr>
            </w:pPr>
            <w:hyperlink r:id="rId12" w:history="1">
              <w:r w:rsidRPr="00F66CC0">
                <w:rPr>
                  <w:rStyle w:val="Hipervnculo"/>
                  <w:lang w:val="es-CO"/>
                </w:rPr>
                <w:t>https://usbmed.edu.co/programas/posgrados/especializacion-en-diseno-y-validacion-de-instrumentos-de-medicion</w:t>
              </w:r>
            </w:hyperlink>
            <w:r>
              <w:rPr>
                <w:lang w:val="es-CO"/>
              </w:rPr>
              <w:t xml:space="preserve"> </w:t>
            </w:r>
          </w:p>
        </w:tc>
      </w:tr>
      <w:tr w:rsidR="0011385D" w:rsidRPr="00F15451" w14:paraId="0AB724AF" w14:textId="77777777" w:rsidTr="00CB4E37">
        <w:tc>
          <w:tcPr>
            <w:tcW w:w="3470" w:type="dxa"/>
          </w:tcPr>
          <w:p w14:paraId="0C542CB2" w14:textId="63A86ED1" w:rsidR="0011385D" w:rsidRPr="00F15451" w:rsidRDefault="0011385D" w:rsidP="0011385D">
            <w:pPr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t>PSICOLOGÍA</w:t>
            </w:r>
          </w:p>
        </w:tc>
        <w:tc>
          <w:tcPr>
            <w:tcW w:w="3509" w:type="dxa"/>
          </w:tcPr>
          <w:p w14:paraId="04C15B33" w14:textId="7170B81D" w:rsidR="0011385D" w:rsidRPr="00F15451" w:rsidRDefault="0011385D" w:rsidP="0011385D">
            <w:pPr>
              <w:rPr>
                <w:b/>
                <w:bCs/>
                <w:lang w:val="es-CO"/>
              </w:rPr>
            </w:pPr>
            <w:r w:rsidRPr="00F15451">
              <w:rPr>
                <w:b/>
                <w:bCs/>
                <w:lang w:val="es-CO"/>
              </w:rPr>
              <w:t>Especialización en Psicología de la Salud y la Seguridad en el Trabajo</w:t>
            </w:r>
          </w:p>
          <w:p w14:paraId="503ADD0A" w14:textId="77777777" w:rsidR="0011385D" w:rsidRDefault="0011385D" w:rsidP="0011385D">
            <w:pPr>
              <w:rPr>
                <w:lang w:val="es-CO"/>
              </w:rPr>
            </w:pPr>
            <w:r w:rsidRPr="00F15451">
              <w:rPr>
                <w:lang w:val="es-CO"/>
              </w:rPr>
              <w:br/>
              <w:t>SNIES: 117149 / Res. MEN 12360 del 26/07/2024 (Vigencia: 7 años)</w:t>
            </w:r>
          </w:p>
          <w:p w14:paraId="0B5750DB" w14:textId="27F5F62F" w:rsidR="0011385D" w:rsidRPr="00F24CDA" w:rsidRDefault="0011385D" w:rsidP="0011385D">
            <w:pPr>
              <w:rPr>
                <w:lang w:val="es-CO"/>
              </w:rPr>
            </w:pPr>
            <w:r w:rsidRPr="00F24CDA">
              <w:rPr>
                <w:b/>
                <w:bCs/>
                <w:lang w:val="es-CO"/>
              </w:rPr>
              <w:t>Duración:</w:t>
            </w:r>
            <w:r>
              <w:rPr>
                <w:b/>
                <w:bCs/>
                <w:lang w:val="es-CO"/>
              </w:rPr>
              <w:t xml:space="preserve"> </w:t>
            </w:r>
            <w:r w:rsidRPr="00F24CDA">
              <w:rPr>
                <w:lang w:val="es-CO"/>
              </w:rPr>
              <w:t>2 semestres</w:t>
            </w:r>
          </w:p>
          <w:p w14:paraId="0A0540D3" w14:textId="5DDD1026" w:rsidR="0011385D" w:rsidRPr="00F15451" w:rsidRDefault="0011385D" w:rsidP="0011385D">
            <w:pPr>
              <w:rPr>
                <w:lang w:val="es-CO"/>
              </w:rPr>
            </w:pPr>
          </w:p>
        </w:tc>
        <w:tc>
          <w:tcPr>
            <w:tcW w:w="6197" w:type="dxa"/>
          </w:tcPr>
          <w:p w14:paraId="7FFD31D0" w14:textId="77777777" w:rsidR="0011385D" w:rsidRDefault="0011385D" w:rsidP="0011385D">
            <w:pPr>
              <w:rPr>
                <w:lang w:val="es-CO"/>
              </w:rPr>
            </w:pPr>
            <w:r w:rsidRPr="00F15451">
              <w:rPr>
                <w:lang w:val="es-CO"/>
              </w:rPr>
              <w:lastRenderedPageBreak/>
              <w:t>El bienestar laboral necesita especialistas preparados.</w:t>
            </w:r>
            <w:r w:rsidRPr="00F15451">
              <w:rPr>
                <w:lang w:val="es-CO"/>
              </w:rPr>
              <w:br/>
            </w:r>
            <w:r w:rsidRPr="00F15451">
              <w:rPr>
                <w:lang w:val="es-CO"/>
              </w:rPr>
              <w:br/>
              <w:t xml:space="preserve">Orientada a psicólogos que buscan mayor proyección profesional, </w:t>
            </w:r>
            <w:r>
              <w:rPr>
                <w:lang w:val="es-CO"/>
              </w:rPr>
              <w:t>mediante un</w:t>
            </w:r>
            <w:r w:rsidRPr="00F15451">
              <w:rPr>
                <w:lang w:val="es-CO"/>
              </w:rPr>
              <w:t xml:space="preserve">a formación </w:t>
            </w:r>
            <w:r>
              <w:rPr>
                <w:lang w:val="es-CO"/>
              </w:rPr>
              <w:t xml:space="preserve">que </w:t>
            </w:r>
            <w:r w:rsidRPr="00F15451">
              <w:rPr>
                <w:lang w:val="es-CO"/>
              </w:rPr>
              <w:t>profundiza en riesgos psicosociales, bienestar laboral y normativa vigente. Habilita la licencia profesional en SST y posiciona tu perfil como aliado estratégico para organizaciones que priorizan salud mental y productividad.</w:t>
            </w:r>
            <w:r w:rsidRPr="00F15451">
              <w:rPr>
                <w:lang w:val="es-CO"/>
              </w:rPr>
              <w:br/>
            </w:r>
            <w:r w:rsidRPr="00F15451">
              <w:rPr>
                <w:lang w:val="es-CO"/>
              </w:rPr>
              <w:lastRenderedPageBreak/>
              <w:br/>
              <w:t>¡Potencia tu perfil en salud laboral!</w:t>
            </w:r>
          </w:p>
          <w:p w14:paraId="069484CB" w14:textId="54B04031" w:rsidR="0011385D" w:rsidRPr="00F15451" w:rsidRDefault="0011385D" w:rsidP="0011385D">
            <w:pPr>
              <w:rPr>
                <w:lang w:val="es-CO"/>
              </w:rPr>
            </w:pPr>
            <w:hyperlink r:id="rId13" w:history="1">
              <w:r w:rsidRPr="00F66CC0">
                <w:rPr>
                  <w:rStyle w:val="Hipervnculo"/>
                  <w:lang w:val="es-CO"/>
                </w:rPr>
                <w:t>https://usbmed.edu.co/programas/posgrados/especializacion-en-psicologia-de-la-salud-y-la-seguridad-en-el-trabajo</w:t>
              </w:r>
            </w:hyperlink>
            <w:r>
              <w:rPr>
                <w:lang w:val="es-CO"/>
              </w:rPr>
              <w:t xml:space="preserve"> </w:t>
            </w:r>
          </w:p>
        </w:tc>
      </w:tr>
      <w:tr w:rsidR="0011385D" w:rsidRPr="00F15451" w14:paraId="00146B82" w14:textId="77777777" w:rsidTr="00CB4E37">
        <w:tc>
          <w:tcPr>
            <w:tcW w:w="3470" w:type="dxa"/>
          </w:tcPr>
          <w:p w14:paraId="61D0902A" w14:textId="0E5A9D89" w:rsidR="0011385D" w:rsidRDefault="0011385D" w:rsidP="0011385D">
            <w:pPr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lastRenderedPageBreak/>
              <w:t>PSICOLOGÍA</w:t>
            </w:r>
          </w:p>
        </w:tc>
        <w:tc>
          <w:tcPr>
            <w:tcW w:w="3509" w:type="dxa"/>
          </w:tcPr>
          <w:p w14:paraId="455A4EE3" w14:textId="77777777" w:rsidR="0011385D" w:rsidRPr="00F15451" w:rsidRDefault="0011385D" w:rsidP="0011385D">
            <w:pPr>
              <w:rPr>
                <w:b/>
                <w:bCs/>
                <w:lang w:val="es-CO"/>
              </w:rPr>
            </w:pPr>
            <w:r w:rsidRPr="00F15451">
              <w:rPr>
                <w:b/>
                <w:bCs/>
                <w:lang w:val="es-CO"/>
              </w:rPr>
              <w:t xml:space="preserve">Especialización en Psicología de las Organizaciones y del Trabajo </w:t>
            </w:r>
          </w:p>
          <w:p w14:paraId="34912432" w14:textId="77777777" w:rsidR="0011385D" w:rsidRPr="00D12D70" w:rsidRDefault="0011385D" w:rsidP="0011385D">
            <w:pPr>
              <w:spacing w:after="0" w:line="240" w:lineRule="auto"/>
              <w:rPr>
                <w:lang w:val="es-CO"/>
              </w:rPr>
            </w:pPr>
            <w:r w:rsidRPr="00D12D70">
              <w:rPr>
                <w:lang w:val="es-CO"/>
              </w:rPr>
              <w:t>SNIES: 104680</w:t>
            </w:r>
          </w:p>
          <w:p w14:paraId="3F2661D0" w14:textId="77777777" w:rsidR="0011385D" w:rsidRDefault="0011385D" w:rsidP="0011385D">
            <w:pPr>
              <w:rPr>
                <w:lang w:val="es-CO"/>
              </w:rPr>
            </w:pPr>
            <w:r w:rsidRPr="00D12D70">
              <w:rPr>
                <w:lang w:val="es-CO"/>
              </w:rPr>
              <w:t>Res. MEN 14774 del 17/12/2019 (7 años)</w:t>
            </w:r>
          </w:p>
          <w:p w14:paraId="3E8345A0" w14:textId="77777777" w:rsidR="0011385D" w:rsidRPr="001E379C" w:rsidRDefault="0011385D" w:rsidP="0011385D">
            <w:pPr>
              <w:rPr>
                <w:b/>
                <w:bCs/>
                <w:lang w:val="es-CO"/>
              </w:rPr>
            </w:pPr>
            <w:r w:rsidRPr="001E379C">
              <w:rPr>
                <w:b/>
                <w:bCs/>
                <w:lang w:val="es-CO"/>
              </w:rPr>
              <w:t>Duración:</w:t>
            </w:r>
            <w:r>
              <w:rPr>
                <w:b/>
                <w:bCs/>
                <w:lang w:val="es-CO"/>
              </w:rPr>
              <w:t xml:space="preserve"> </w:t>
            </w:r>
            <w:r w:rsidRPr="001E379C">
              <w:rPr>
                <w:lang w:val="es-CO"/>
              </w:rPr>
              <w:t>2 semestres</w:t>
            </w:r>
          </w:p>
          <w:p w14:paraId="193779E5" w14:textId="77777777" w:rsidR="0011385D" w:rsidRPr="00F15451" w:rsidRDefault="0011385D" w:rsidP="0011385D">
            <w:pPr>
              <w:rPr>
                <w:b/>
                <w:bCs/>
                <w:lang w:val="es-CO"/>
              </w:rPr>
            </w:pPr>
          </w:p>
        </w:tc>
        <w:tc>
          <w:tcPr>
            <w:tcW w:w="6197" w:type="dxa"/>
          </w:tcPr>
          <w:p w14:paraId="0AB1F7A0" w14:textId="77777777" w:rsidR="0011385D" w:rsidRPr="0011385D" w:rsidRDefault="0011385D" w:rsidP="0011385D">
            <w:pPr>
              <w:rPr>
                <w:lang w:val="es-CO"/>
              </w:rPr>
            </w:pPr>
            <w:r w:rsidRPr="0011385D">
              <w:rPr>
                <w:lang w:val="es-CO"/>
              </w:rPr>
              <w:t>Comprender el comportamiento humano marca la diferencia en las organizaciones.</w:t>
            </w:r>
          </w:p>
          <w:p w14:paraId="68756BBF" w14:textId="77777777" w:rsidR="0011385D" w:rsidRPr="0011385D" w:rsidRDefault="0011385D" w:rsidP="0011385D">
            <w:pPr>
              <w:rPr>
                <w:lang w:val="es-CO"/>
              </w:rPr>
            </w:pPr>
            <w:r w:rsidRPr="0011385D">
              <w:rPr>
                <w:lang w:val="es-CO"/>
              </w:rPr>
              <w:t>Fortalece tu perfil para intervenir estratégicamente en talento humano, clima organizacional y bienestar laboral desde la psicología aplicada. La formación integra análisis organizacional, intervención psicosocial y liderazgo ético, preparando profesionales capaces de generar entornos de trabajo saludables, productivos y sostenibles en múltiples sectores.</w:t>
            </w:r>
          </w:p>
          <w:p w14:paraId="4D12D587" w14:textId="6304F195" w:rsidR="0011385D" w:rsidRDefault="0011385D" w:rsidP="0011385D">
            <w:pPr>
              <w:rPr>
                <w:lang w:val="es-CO"/>
              </w:rPr>
            </w:pPr>
            <w:r w:rsidRPr="0011385D">
              <w:rPr>
                <w:lang w:val="es-CO"/>
              </w:rPr>
              <w:t>¡Transforma organizaciones desde la psicología!</w:t>
            </w:r>
          </w:p>
          <w:p w14:paraId="004C097B" w14:textId="6696840B" w:rsidR="0011385D" w:rsidRPr="00F15451" w:rsidRDefault="0011385D" w:rsidP="0011385D">
            <w:pPr>
              <w:rPr>
                <w:lang w:val="es-CO"/>
              </w:rPr>
            </w:pPr>
            <w:hyperlink r:id="rId14" w:history="1">
              <w:r w:rsidRPr="00F66CC0">
                <w:rPr>
                  <w:rStyle w:val="Hipervnculo"/>
                  <w:lang w:val="es-CO"/>
                </w:rPr>
                <w:t>https://usbmed.edu.co/programas/posgrados/especializacion-en-psicologia-de-las-organizaciones-y-del-trabajo</w:t>
              </w:r>
            </w:hyperlink>
            <w:r>
              <w:rPr>
                <w:lang w:val="es-CO"/>
              </w:rPr>
              <w:t xml:space="preserve"> </w:t>
            </w:r>
          </w:p>
        </w:tc>
      </w:tr>
      <w:tr w:rsidR="0011385D" w:rsidRPr="00F15451" w14:paraId="2F139A51" w14:textId="77777777" w:rsidTr="0011385D">
        <w:tc>
          <w:tcPr>
            <w:tcW w:w="3470" w:type="dxa"/>
            <w:shd w:val="clear" w:color="auto" w:fill="FFFFFF" w:themeFill="background1"/>
          </w:tcPr>
          <w:p w14:paraId="5C2B0659" w14:textId="52703492" w:rsidR="0011385D" w:rsidRPr="00F15451" w:rsidRDefault="0011385D" w:rsidP="0011385D">
            <w:pPr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t>PSICOLOGÍA</w:t>
            </w:r>
          </w:p>
        </w:tc>
        <w:tc>
          <w:tcPr>
            <w:tcW w:w="3509" w:type="dxa"/>
            <w:shd w:val="clear" w:color="auto" w:fill="FFFFFF" w:themeFill="background1"/>
          </w:tcPr>
          <w:p w14:paraId="359DB4AF" w14:textId="77777777" w:rsidR="0011385D" w:rsidRPr="00F15451" w:rsidRDefault="0011385D" w:rsidP="0011385D">
            <w:pPr>
              <w:rPr>
                <w:b/>
                <w:bCs/>
                <w:lang w:val="es-CO"/>
              </w:rPr>
            </w:pPr>
            <w:r w:rsidRPr="00F15451">
              <w:rPr>
                <w:b/>
                <w:bCs/>
                <w:lang w:val="es-CO"/>
              </w:rPr>
              <w:t>Especialización en Psicología de las Organizaciones y del Trabajo – Virtual</w:t>
            </w:r>
          </w:p>
          <w:p w14:paraId="7E2969C6" w14:textId="77777777" w:rsidR="0011385D" w:rsidRPr="00F15451" w:rsidRDefault="0011385D" w:rsidP="0011385D">
            <w:pPr>
              <w:rPr>
                <w:lang w:val="es-CO"/>
              </w:rPr>
            </w:pPr>
            <w:r w:rsidRPr="00F15451">
              <w:rPr>
                <w:lang w:val="es-CO"/>
              </w:rPr>
              <w:t>SNIES: 103366 / Res. MEN 14659 del 12/08/2021 (Vigencia: 7 años)</w:t>
            </w:r>
          </w:p>
          <w:p w14:paraId="15CBC6B8" w14:textId="77777777" w:rsidR="0011385D" w:rsidRPr="001E379C" w:rsidRDefault="0011385D" w:rsidP="0011385D">
            <w:pPr>
              <w:spacing w:after="0" w:line="240" w:lineRule="auto"/>
              <w:rPr>
                <w:lang w:val="es-CO"/>
              </w:rPr>
            </w:pPr>
            <w:r w:rsidRPr="001E379C">
              <w:rPr>
                <w:b/>
                <w:bCs/>
                <w:lang w:val="es-CO"/>
              </w:rPr>
              <w:t>Duración:</w:t>
            </w:r>
            <w:r>
              <w:rPr>
                <w:b/>
                <w:bCs/>
                <w:lang w:val="es-CO"/>
              </w:rPr>
              <w:t xml:space="preserve"> </w:t>
            </w:r>
            <w:r w:rsidRPr="001E379C">
              <w:rPr>
                <w:lang w:val="es-CO"/>
              </w:rPr>
              <w:t>3 cuatrimestres</w:t>
            </w:r>
          </w:p>
          <w:p w14:paraId="1C644946" w14:textId="7C697448" w:rsidR="0011385D" w:rsidRPr="00F15451" w:rsidRDefault="0011385D" w:rsidP="0011385D">
            <w:pPr>
              <w:rPr>
                <w:b/>
                <w:bCs/>
                <w:lang w:val="es-CO"/>
              </w:rPr>
            </w:pPr>
          </w:p>
        </w:tc>
        <w:tc>
          <w:tcPr>
            <w:tcW w:w="6197" w:type="dxa"/>
            <w:shd w:val="clear" w:color="auto" w:fill="FFFFFF" w:themeFill="background1"/>
          </w:tcPr>
          <w:p w14:paraId="45934900" w14:textId="77777777" w:rsidR="0011385D" w:rsidRDefault="0011385D" w:rsidP="0011385D">
            <w:pPr>
              <w:rPr>
                <w:lang w:val="es-CO"/>
              </w:rPr>
            </w:pPr>
            <w:r w:rsidRPr="00F15451">
              <w:rPr>
                <w:lang w:val="es-CO"/>
              </w:rPr>
              <w:t>Transformar organizaciones comienza por comprender a las personas.</w:t>
            </w:r>
            <w:r w:rsidRPr="00F15451">
              <w:rPr>
                <w:lang w:val="es-CO"/>
              </w:rPr>
              <w:br/>
            </w:r>
            <w:r w:rsidRPr="00F15451">
              <w:rPr>
                <w:lang w:val="es-CO"/>
              </w:rPr>
              <w:br/>
              <w:t>Una opción flexible para fortalecer competencias en talento humano, clima organizacional y bienestar laboral. La modalidad virtual permite aplicar lo aprendido en tiempo real, ampliando oportunidades profesionales en contextos organizacionales dinámicos y altamente competitivos.</w:t>
            </w:r>
            <w:r w:rsidRPr="00F15451">
              <w:rPr>
                <w:lang w:val="es-CO"/>
              </w:rPr>
              <w:br/>
            </w:r>
            <w:r w:rsidRPr="00F15451">
              <w:rPr>
                <w:lang w:val="es-CO"/>
              </w:rPr>
              <w:lastRenderedPageBreak/>
              <w:br/>
              <w:t>¡Impulsa culturas organizacionales saludables!</w:t>
            </w:r>
          </w:p>
          <w:p w14:paraId="4E5BB3F5" w14:textId="3E645BC4" w:rsidR="0011385D" w:rsidRPr="00F15451" w:rsidRDefault="0011385D" w:rsidP="0011385D">
            <w:pPr>
              <w:rPr>
                <w:lang w:val="es-CO"/>
              </w:rPr>
            </w:pPr>
            <w:hyperlink r:id="rId15" w:history="1">
              <w:r w:rsidRPr="00F66CC0">
                <w:rPr>
                  <w:rStyle w:val="Hipervnculo"/>
                  <w:lang w:val="es-CO"/>
                </w:rPr>
                <w:t>https://usbmed.edu.co/programas/posgrados/especializacion-en-psicologia-de-las-organizaciones-y-del-trabajo-virtual</w:t>
              </w:r>
            </w:hyperlink>
            <w:r>
              <w:rPr>
                <w:lang w:val="es-CO"/>
              </w:rPr>
              <w:t xml:space="preserve"> </w:t>
            </w:r>
          </w:p>
        </w:tc>
      </w:tr>
      <w:tr w:rsidR="0011385D" w:rsidRPr="00F15451" w14:paraId="65D21CE0" w14:textId="77777777" w:rsidTr="00CB4E37">
        <w:tc>
          <w:tcPr>
            <w:tcW w:w="3470" w:type="dxa"/>
          </w:tcPr>
          <w:p w14:paraId="3AECCE71" w14:textId="75BC334E" w:rsidR="0011385D" w:rsidRPr="001E379C" w:rsidRDefault="000D3A71" w:rsidP="0011385D">
            <w:pPr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lastRenderedPageBreak/>
              <w:t>PSICOLOGÍA</w:t>
            </w:r>
          </w:p>
        </w:tc>
        <w:tc>
          <w:tcPr>
            <w:tcW w:w="3509" w:type="dxa"/>
          </w:tcPr>
          <w:p w14:paraId="2095EC33" w14:textId="2475167F" w:rsidR="0011385D" w:rsidRPr="001E379C" w:rsidRDefault="0011385D" w:rsidP="0011385D">
            <w:pPr>
              <w:rPr>
                <w:b/>
                <w:bCs/>
                <w:lang w:val="es-CO"/>
              </w:rPr>
            </w:pPr>
            <w:r w:rsidRPr="001E379C">
              <w:rPr>
                <w:b/>
                <w:bCs/>
                <w:lang w:val="es-CO"/>
              </w:rPr>
              <w:t>Especialización en Psicología de los Cuidados Paliativos</w:t>
            </w:r>
          </w:p>
          <w:p w14:paraId="1A10927A" w14:textId="4146C990" w:rsidR="0011385D" w:rsidRPr="001E379C" w:rsidRDefault="0011385D" w:rsidP="0011385D">
            <w:pPr>
              <w:spacing w:after="0" w:line="240" w:lineRule="auto"/>
              <w:rPr>
                <w:lang w:val="es-CO"/>
              </w:rPr>
            </w:pPr>
            <w:r w:rsidRPr="00F15451">
              <w:rPr>
                <w:highlight w:val="yellow"/>
                <w:lang w:val="es-CO"/>
              </w:rPr>
              <w:br/>
            </w:r>
            <w:r w:rsidRPr="001E379C">
              <w:rPr>
                <w:lang w:val="es-CO"/>
              </w:rPr>
              <w:t>SNIES: 103374</w:t>
            </w:r>
          </w:p>
          <w:p w14:paraId="5EBFBD16" w14:textId="77777777" w:rsidR="0011385D" w:rsidRPr="001E379C" w:rsidRDefault="0011385D" w:rsidP="0011385D">
            <w:pPr>
              <w:rPr>
                <w:lang w:val="es-CO"/>
              </w:rPr>
            </w:pPr>
            <w:r w:rsidRPr="001E379C">
              <w:rPr>
                <w:lang w:val="es-CO"/>
              </w:rPr>
              <w:t>Res. MEN 022616 del 30/11/2022 (7 años)</w:t>
            </w:r>
          </w:p>
          <w:p w14:paraId="5F6B6CAA" w14:textId="039D114F" w:rsidR="0011385D" w:rsidRPr="001E379C" w:rsidRDefault="0011385D" w:rsidP="0011385D">
            <w:pPr>
              <w:rPr>
                <w:lang w:val="es-CO"/>
              </w:rPr>
            </w:pPr>
            <w:r w:rsidRPr="001E379C">
              <w:rPr>
                <w:b/>
                <w:bCs/>
                <w:lang w:val="es-CO"/>
              </w:rPr>
              <w:t>Duración:</w:t>
            </w:r>
            <w:r>
              <w:rPr>
                <w:b/>
                <w:bCs/>
                <w:lang w:val="es-CO"/>
              </w:rPr>
              <w:t xml:space="preserve"> </w:t>
            </w:r>
            <w:r w:rsidRPr="001E379C">
              <w:rPr>
                <w:lang w:val="es-CO"/>
              </w:rPr>
              <w:t>2 semestres</w:t>
            </w:r>
          </w:p>
          <w:p w14:paraId="6C8AF435" w14:textId="60819576" w:rsidR="0011385D" w:rsidRPr="00F15451" w:rsidRDefault="0011385D" w:rsidP="0011385D">
            <w:pPr>
              <w:rPr>
                <w:lang w:val="es-CO"/>
              </w:rPr>
            </w:pPr>
          </w:p>
        </w:tc>
        <w:tc>
          <w:tcPr>
            <w:tcW w:w="6197" w:type="dxa"/>
          </w:tcPr>
          <w:p w14:paraId="7C3853E9" w14:textId="77777777" w:rsidR="0011385D" w:rsidRDefault="0011385D" w:rsidP="0011385D">
            <w:pPr>
              <w:rPr>
                <w:lang w:val="es-CO"/>
              </w:rPr>
            </w:pPr>
            <w:r w:rsidRPr="00F15451">
              <w:rPr>
                <w:lang w:val="es-CO"/>
              </w:rPr>
              <w:t>Acompañar con humanidad también es una especialización.</w:t>
            </w:r>
            <w:r w:rsidRPr="00F15451">
              <w:rPr>
                <w:lang w:val="es-CO"/>
              </w:rPr>
              <w:br/>
            </w:r>
            <w:r w:rsidRPr="00F15451">
              <w:rPr>
                <w:lang w:val="es-CO"/>
              </w:rPr>
              <w:br/>
              <w:t>Dirigida a profesionales interesados en un ejercicio con fuerte sentido humano. Desarrolla competencias clínicas, éticas y emocionales para acompañar procesos de enfermedad, duelo y final de vida, con enfoque interdisciplinario y preparación para escenarios clínicos y comunitarios reales.</w:t>
            </w:r>
            <w:r w:rsidRPr="00F15451">
              <w:rPr>
                <w:lang w:val="es-CO"/>
              </w:rPr>
              <w:br/>
            </w:r>
            <w:r w:rsidRPr="00F15451">
              <w:rPr>
                <w:lang w:val="es-CO"/>
              </w:rPr>
              <w:br/>
              <w:t>¡Da un nuevo sentido a tu profesión!</w:t>
            </w:r>
          </w:p>
          <w:p w14:paraId="29C781FA" w14:textId="051C9C13" w:rsidR="0011385D" w:rsidRPr="00F15451" w:rsidRDefault="0011385D" w:rsidP="0011385D">
            <w:pPr>
              <w:rPr>
                <w:lang w:val="es-CO"/>
              </w:rPr>
            </w:pPr>
            <w:hyperlink r:id="rId16" w:history="1">
              <w:r w:rsidRPr="00F66CC0">
                <w:rPr>
                  <w:rStyle w:val="Hipervnculo"/>
                  <w:lang w:val="es-CO"/>
                </w:rPr>
                <w:t>https://usbmed.edu.co/programas/posgrados/especializacion-en-psicologia-de-los-cuidados-paliativos</w:t>
              </w:r>
            </w:hyperlink>
            <w:r>
              <w:rPr>
                <w:lang w:val="es-CO"/>
              </w:rPr>
              <w:t xml:space="preserve"> </w:t>
            </w:r>
          </w:p>
        </w:tc>
      </w:tr>
    </w:tbl>
    <w:p w14:paraId="2DB52A7F" w14:textId="77777777" w:rsidR="00A215A9" w:rsidRDefault="00A215A9">
      <w:pPr>
        <w:rPr>
          <w:lang w:val="es-CO"/>
        </w:rPr>
      </w:pPr>
    </w:p>
    <w:p w14:paraId="31CDD8ED" w14:textId="3908937F" w:rsidR="000D3A71" w:rsidRPr="000D3A71" w:rsidRDefault="000D3A71">
      <w:pPr>
        <w:rPr>
          <w:b/>
          <w:bCs/>
          <w:color w:val="C00000"/>
          <w:sz w:val="30"/>
          <w:szCs w:val="30"/>
          <w:lang w:val="es-CO"/>
        </w:rPr>
      </w:pPr>
      <w:r w:rsidRPr="000D3A71">
        <w:rPr>
          <w:b/>
          <w:bCs/>
          <w:color w:val="C00000"/>
          <w:sz w:val="30"/>
          <w:szCs w:val="30"/>
          <w:lang w:val="es-CO"/>
        </w:rPr>
        <w:t>MAESTRÍAS</w:t>
      </w:r>
    </w:p>
    <w:tbl>
      <w:tblPr>
        <w:tblW w:w="13176" w:type="dxa"/>
        <w:tblLook w:val="04A0" w:firstRow="1" w:lastRow="0" w:firstColumn="1" w:lastColumn="0" w:noHBand="0" w:noVBand="1"/>
      </w:tblPr>
      <w:tblGrid>
        <w:gridCol w:w="3470"/>
        <w:gridCol w:w="3509"/>
        <w:gridCol w:w="6197"/>
      </w:tblGrid>
      <w:tr w:rsidR="000D3A71" w:rsidRPr="00F15451" w14:paraId="352BCECB" w14:textId="77777777" w:rsidTr="00841EB1">
        <w:tc>
          <w:tcPr>
            <w:tcW w:w="3470" w:type="dxa"/>
          </w:tcPr>
          <w:p w14:paraId="00B5242F" w14:textId="77777777" w:rsidR="000D3A71" w:rsidRPr="00F15451" w:rsidRDefault="000D3A71" w:rsidP="00841EB1">
            <w:pPr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t>ARTES INTEGRADAS</w:t>
            </w:r>
          </w:p>
        </w:tc>
        <w:tc>
          <w:tcPr>
            <w:tcW w:w="3509" w:type="dxa"/>
          </w:tcPr>
          <w:p w14:paraId="4039CA75" w14:textId="77777777" w:rsidR="000D3A71" w:rsidRPr="00F15451" w:rsidRDefault="000D3A71" w:rsidP="00841EB1">
            <w:pPr>
              <w:rPr>
                <w:b/>
                <w:bCs/>
                <w:lang w:val="es-CO"/>
              </w:rPr>
            </w:pPr>
            <w:r w:rsidRPr="00F15451">
              <w:rPr>
                <w:b/>
                <w:bCs/>
                <w:lang w:val="es-CO"/>
              </w:rPr>
              <w:t>Maestría en Bioclimática</w:t>
            </w:r>
          </w:p>
          <w:p w14:paraId="0418CADE" w14:textId="77777777" w:rsidR="000D3A71" w:rsidRDefault="000D3A71" w:rsidP="00841EB1">
            <w:pPr>
              <w:rPr>
                <w:lang w:val="es-CO"/>
              </w:rPr>
            </w:pPr>
            <w:r w:rsidRPr="00F15451">
              <w:rPr>
                <w:lang w:val="es-CO"/>
              </w:rPr>
              <w:br/>
              <w:t>SNIES: 103914 / Res. MEN 001043 del 01/02/2022 (Vigencia: 7 años)</w:t>
            </w:r>
          </w:p>
          <w:p w14:paraId="462B55DA" w14:textId="77777777" w:rsidR="000D3A71" w:rsidRPr="00C875A6" w:rsidRDefault="000D3A71" w:rsidP="00841EB1">
            <w:pPr>
              <w:rPr>
                <w:lang w:val="es-CO"/>
              </w:rPr>
            </w:pPr>
            <w:r w:rsidRPr="00C875A6">
              <w:rPr>
                <w:b/>
                <w:bCs/>
                <w:lang w:val="es-CO"/>
              </w:rPr>
              <w:t>Duración:</w:t>
            </w:r>
            <w:r>
              <w:rPr>
                <w:b/>
                <w:bCs/>
                <w:lang w:val="es-CO"/>
              </w:rPr>
              <w:t xml:space="preserve"> </w:t>
            </w:r>
            <w:r w:rsidRPr="00C875A6">
              <w:rPr>
                <w:lang w:val="es-CO"/>
              </w:rPr>
              <w:t>4 semestres</w:t>
            </w:r>
          </w:p>
          <w:p w14:paraId="078976AC" w14:textId="77777777" w:rsidR="000D3A71" w:rsidRPr="00F15451" w:rsidRDefault="000D3A71" w:rsidP="00841EB1">
            <w:pPr>
              <w:rPr>
                <w:lang w:val="es-CO"/>
              </w:rPr>
            </w:pPr>
          </w:p>
        </w:tc>
        <w:tc>
          <w:tcPr>
            <w:tcW w:w="6197" w:type="dxa"/>
          </w:tcPr>
          <w:p w14:paraId="3F9A5C3B" w14:textId="77777777" w:rsidR="000D3A71" w:rsidRDefault="000D3A71" w:rsidP="00841EB1">
            <w:pPr>
              <w:rPr>
                <w:lang w:val="es-CO"/>
              </w:rPr>
            </w:pPr>
            <w:r w:rsidRPr="00F15451">
              <w:rPr>
                <w:lang w:val="es-CO"/>
              </w:rPr>
              <w:lastRenderedPageBreak/>
              <w:t>Diseñar con conciencia ambiental marca la diferencia.</w:t>
            </w:r>
            <w:r w:rsidRPr="00F15451">
              <w:rPr>
                <w:lang w:val="es-CO"/>
              </w:rPr>
              <w:br/>
            </w:r>
            <w:r w:rsidRPr="00F15451">
              <w:rPr>
                <w:lang w:val="es-CO"/>
              </w:rPr>
              <w:br/>
              <w:t>Única en Colombia, orientada al diseño sostenible y al bienestar humano. Forma profesionales capaces de integrar clima, eficiencia energética y contexto en proyectos arquitectónicos y urbanos, con modalidad flexible y preparación para certificaciones internacionales en construcción sostenible.</w:t>
            </w:r>
            <w:r w:rsidRPr="00F15451">
              <w:rPr>
                <w:lang w:val="es-CO"/>
              </w:rPr>
              <w:br/>
            </w:r>
            <w:r w:rsidRPr="00F15451">
              <w:rPr>
                <w:lang w:val="es-CO"/>
              </w:rPr>
              <w:lastRenderedPageBreak/>
              <w:br/>
              <w:t>¡Diseña espacios para un futuro sostenible!</w:t>
            </w:r>
          </w:p>
          <w:p w14:paraId="1FD122AB" w14:textId="77777777" w:rsidR="000D3A71" w:rsidRPr="00F15451" w:rsidRDefault="000D3A71" w:rsidP="00841EB1">
            <w:pPr>
              <w:rPr>
                <w:lang w:val="es-CO"/>
              </w:rPr>
            </w:pPr>
            <w:hyperlink r:id="rId17" w:history="1">
              <w:r w:rsidRPr="00F66CC0">
                <w:rPr>
                  <w:rStyle w:val="Hipervnculo"/>
                  <w:lang w:val="es-CO"/>
                </w:rPr>
                <w:t>https://usbmed.edu.co/programas/posgrados/maestria-en-bioclimatica</w:t>
              </w:r>
            </w:hyperlink>
            <w:r>
              <w:rPr>
                <w:lang w:val="es-CO"/>
              </w:rPr>
              <w:t xml:space="preserve"> </w:t>
            </w:r>
          </w:p>
        </w:tc>
      </w:tr>
      <w:tr w:rsidR="000D3A71" w:rsidRPr="00F15451" w14:paraId="447F9D0A" w14:textId="77777777" w:rsidTr="00841EB1">
        <w:tc>
          <w:tcPr>
            <w:tcW w:w="3470" w:type="dxa"/>
          </w:tcPr>
          <w:p w14:paraId="6E5642CA" w14:textId="17262CB9" w:rsidR="000D3A71" w:rsidRDefault="000D3A71" w:rsidP="000D3A71">
            <w:pPr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lastRenderedPageBreak/>
              <w:t>ARTES INTEGRADAS</w:t>
            </w:r>
          </w:p>
        </w:tc>
        <w:tc>
          <w:tcPr>
            <w:tcW w:w="3509" w:type="dxa"/>
          </w:tcPr>
          <w:p w14:paraId="51A1691E" w14:textId="77777777" w:rsidR="000D3A71" w:rsidRPr="00F15451" w:rsidRDefault="000D3A71" w:rsidP="000D3A71">
            <w:pPr>
              <w:rPr>
                <w:b/>
                <w:bCs/>
                <w:lang w:val="es-CO"/>
              </w:rPr>
            </w:pPr>
            <w:r w:rsidRPr="00F15451">
              <w:rPr>
                <w:b/>
                <w:bCs/>
                <w:lang w:val="es-CO"/>
              </w:rPr>
              <w:t>Maestría en Creatividad</w:t>
            </w:r>
          </w:p>
          <w:p w14:paraId="384A848F" w14:textId="77777777" w:rsidR="000D3A71" w:rsidRDefault="000D3A71" w:rsidP="000D3A71">
            <w:pPr>
              <w:rPr>
                <w:lang w:val="es-CO"/>
              </w:rPr>
            </w:pPr>
            <w:r w:rsidRPr="00F15451">
              <w:rPr>
                <w:lang w:val="es-CO"/>
              </w:rPr>
              <w:br/>
              <w:t>SNIES: 105691 / Res. MEN 7750 del 23/04/2024 (Vigencia: 7 años)</w:t>
            </w:r>
          </w:p>
          <w:p w14:paraId="1DCC2191" w14:textId="77777777" w:rsidR="000D3A71" w:rsidRPr="00C875A6" w:rsidRDefault="000D3A71" w:rsidP="000D3A71">
            <w:pPr>
              <w:rPr>
                <w:lang w:val="es-CO"/>
              </w:rPr>
            </w:pPr>
            <w:r w:rsidRPr="00C875A6">
              <w:rPr>
                <w:b/>
                <w:bCs/>
                <w:lang w:val="es-CO"/>
              </w:rPr>
              <w:t>Duración:</w:t>
            </w:r>
            <w:r>
              <w:rPr>
                <w:b/>
                <w:bCs/>
                <w:lang w:val="es-CO"/>
              </w:rPr>
              <w:t xml:space="preserve"> </w:t>
            </w:r>
            <w:r w:rsidRPr="00C875A6">
              <w:rPr>
                <w:lang w:val="es-CO"/>
              </w:rPr>
              <w:t>4 semestres</w:t>
            </w:r>
          </w:p>
          <w:p w14:paraId="7E4D2761" w14:textId="77777777" w:rsidR="000D3A71" w:rsidRPr="00F15451" w:rsidRDefault="000D3A71" w:rsidP="000D3A71">
            <w:pPr>
              <w:rPr>
                <w:b/>
                <w:bCs/>
                <w:lang w:val="es-CO"/>
              </w:rPr>
            </w:pPr>
          </w:p>
        </w:tc>
        <w:tc>
          <w:tcPr>
            <w:tcW w:w="6197" w:type="dxa"/>
          </w:tcPr>
          <w:p w14:paraId="3B307352" w14:textId="77777777" w:rsidR="000D3A71" w:rsidRDefault="000D3A71" w:rsidP="000D3A71">
            <w:pPr>
              <w:rPr>
                <w:lang w:val="es-CO"/>
              </w:rPr>
            </w:pPr>
            <w:r w:rsidRPr="00F15451">
              <w:rPr>
                <w:lang w:val="es-CO"/>
              </w:rPr>
              <w:t>La creatividad bien aplicada se convierte en estrategia.</w:t>
            </w:r>
            <w:r w:rsidRPr="00F15451">
              <w:rPr>
                <w:lang w:val="es-CO"/>
              </w:rPr>
              <w:br/>
            </w:r>
            <w:r w:rsidRPr="00F15451">
              <w:rPr>
                <w:lang w:val="es-CO"/>
              </w:rPr>
              <w:br/>
              <w:t>Convierte la creatividad en una herramienta estratégica de innovación. La formación prepara profesionales capaces de liderar proyectos creativos en contextos culturales, educativos y organizacionales.</w:t>
            </w:r>
            <w:r w:rsidRPr="00F15451">
              <w:rPr>
                <w:lang w:val="es-CO"/>
              </w:rPr>
              <w:br/>
            </w:r>
            <w:r w:rsidRPr="00F15451">
              <w:rPr>
                <w:lang w:val="es-CO"/>
              </w:rPr>
              <w:br/>
              <w:t>¡Lidera la innovación desde la creatividad!</w:t>
            </w:r>
          </w:p>
          <w:p w14:paraId="70ECB8EF" w14:textId="4CC4DABE" w:rsidR="000D3A71" w:rsidRPr="00F15451" w:rsidRDefault="000D3A71" w:rsidP="000D3A71">
            <w:pPr>
              <w:rPr>
                <w:lang w:val="es-CO"/>
              </w:rPr>
            </w:pPr>
            <w:hyperlink r:id="rId18" w:history="1">
              <w:r w:rsidRPr="00F66CC0">
                <w:rPr>
                  <w:rStyle w:val="Hipervnculo"/>
                  <w:lang w:val="es-CO"/>
                </w:rPr>
                <w:t>https://usbmed.edu.co/programas/posgrados/maestria-en-creatividad</w:t>
              </w:r>
            </w:hyperlink>
            <w:r>
              <w:rPr>
                <w:lang w:val="es-CO"/>
              </w:rPr>
              <w:t xml:space="preserve"> </w:t>
            </w:r>
          </w:p>
        </w:tc>
      </w:tr>
      <w:tr w:rsidR="000D3A71" w:rsidRPr="00F15451" w14:paraId="37CDBC88" w14:textId="77777777" w:rsidTr="00841EB1">
        <w:tc>
          <w:tcPr>
            <w:tcW w:w="3470" w:type="dxa"/>
          </w:tcPr>
          <w:p w14:paraId="6CA8FEF6" w14:textId="039D6BB7" w:rsidR="000D3A71" w:rsidRPr="00F15451" w:rsidRDefault="000D3A71" w:rsidP="000D3A71">
            <w:pPr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t>EDUCACIÓN</w:t>
            </w:r>
          </w:p>
        </w:tc>
        <w:tc>
          <w:tcPr>
            <w:tcW w:w="3509" w:type="dxa"/>
          </w:tcPr>
          <w:p w14:paraId="2A4A0C91" w14:textId="77777777" w:rsidR="000D3A71" w:rsidRPr="00F15451" w:rsidRDefault="000D3A71" w:rsidP="000D3A71">
            <w:pPr>
              <w:rPr>
                <w:b/>
                <w:bCs/>
                <w:lang w:val="es-CO"/>
              </w:rPr>
            </w:pPr>
            <w:r w:rsidRPr="00F15451">
              <w:rPr>
                <w:b/>
                <w:bCs/>
                <w:lang w:val="es-CO"/>
              </w:rPr>
              <w:t>Maestría en Ciencias de la Educación</w:t>
            </w:r>
          </w:p>
          <w:p w14:paraId="75D0F169" w14:textId="77777777" w:rsidR="000D3A71" w:rsidRDefault="000D3A71" w:rsidP="000D3A71">
            <w:pPr>
              <w:rPr>
                <w:lang w:val="es-CO"/>
              </w:rPr>
            </w:pPr>
            <w:r w:rsidRPr="00F15451">
              <w:rPr>
                <w:lang w:val="es-CO"/>
              </w:rPr>
              <w:br/>
              <w:t>SNIES: 117291 / Res. MEN 25323 del 19/12/2024 (Vigencia: 7 años)</w:t>
            </w:r>
          </w:p>
          <w:p w14:paraId="6BCA4812" w14:textId="77777777" w:rsidR="000D3A71" w:rsidRPr="00563523" w:rsidRDefault="000D3A71" w:rsidP="000D3A71">
            <w:pPr>
              <w:rPr>
                <w:lang w:val="es-CO"/>
              </w:rPr>
            </w:pPr>
            <w:r w:rsidRPr="00563523">
              <w:rPr>
                <w:b/>
                <w:bCs/>
                <w:lang w:val="es-CO"/>
              </w:rPr>
              <w:t>Duración:</w:t>
            </w:r>
            <w:r>
              <w:rPr>
                <w:b/>
                <w:bCs/>
                <w:lang w:val="es-CO"/>
              </w:rPr>
              <w:t xml:space="preserve"> </w:t>
            </w:r>
            <w:r w:rsidRPr="00563523">
              <w:rPr>
                <w:lang w:val="es-CO"/>
              </w:rPr>
              <w:t>3 semestres</w:t>
            </w:r>
          </w:p>
          <w:p w14:paraId="4A3BCF5A" w14:textId="77777777" w:rsidR="000D3A71" w:rsidRPr="00F15451" w:rsidRDefault="000D3A71" w:rsidP="000D3A71">
            <w:pPr>
              <w:rPr>
                <w:lang w:val="es-CO"/>
              </w:rPr>
            </w:pPr>
          </w:p>
        </w:tc>
        <w:tc>
          <w:tcPr>
            <w:tcW w:w="6197" w:type="dxa"/>
          </w:tcPr>
          <w:p w14:paraId="738E906D" w14:textId="77777777" w:rsidR="000D3A71" w:rsidRDefault="000D3A71" w:rsidP="000D3A71">
            <w:pPr>
              <w:rPr>
                <w:lang w:val="es-CO"/>
              </w:rPr>
            </w:pPr>
            <w:r w:rsidRPr="00F15451">
              <w:rPr>
                <w:lang w:val="es-CO"/>
              </w:rPr>
              <w:t>Investigar la educación es clave para mejorarla.</w:t>
            </w:r>
            <w:r w:rsidRPr="00F15451">
              <w:rPr>
                <w:lang w:val="es-CO"/>
              </w:rPr>
              <w:br/>
            </w:r>
            <w:r w:rsidRPr="00F15451">
              <w:rPr>
                <w:lang w:val="es-CO"/>
              </w:rPr>
              <w:br/>
              <w:t>Dirigida a profesionales interesados en investigar y transformar los procesos educativos. Desarrolla competencias en investigación rigurosa, análisis crítico y liderazgo académico, con alta pertinencia para instituciones educativas y escenarios universitarios.</w:t>
            </w:r>
            <w:r w:rsidRPr="00F15451">
              <w:rPr>
                <w:lang w:val="es-CO"/>
              </w:rPr>
              <w:br/>
            </w:r>
            <w:r w:rsidRPr="00F15451">
              <w:rPr>
                <w:lang w:val="es-CO"/>
              </w:rPr>
              <w:br/>
              <w:t>¡Conviértete en agente de transformación educativa!</w:t>
            </w:r>
          </w:p>
          <w:p w14:paraId="3F47928B" w14:textId="77777777" w:rsidR="000D3A71" w:rsidRPr="00F15451" w:rsidRDefault="000D3A71" w:rsidP="000D3A71">
            <w:pPr>
              <w:rPr>
                <w:lang w:val="es-CO"/>
              </w:rPr>
            </w:pPr>
            <w:hyperlink r:id="rId19" w:history="1">
              <w:r w:rsidRPr="00F66CC0">
                <w:rPr>
                  <w:rStyle w:val="Hipervnculo"/>
                  <w:lang w:val="es-CO"/>
                </w:rPr>
                <w:t>https://usbmed.edu.co/programas/posgrados/maestria-en-ciencias-de-la-educacion</w:t>
              </w:r>
            </w:hyperlink>
            <w:r>
              <w:rPr>
                <w:lang w:val="es-CO"/>
              </w:rPr>
              <w:t xml:space="preserve"> </w:t>
            </w:r>
          </w:p>
        </w:tc>
      </w:tr>
      <w:tr w:rsidR="000D3A71" w:rsidRPr="00F15451" w14:paraId="65EC2838" w14:textId="77777777" w:rsidTr="00841EB1">
        <w:tc>
          <w:tcPr>
            <w:tcW w:w="3470" w:type="dxa"/>
          </w:tcPr>
          <w:p w14:paraId="3A64830E" w14:textId="72F1F7BC" w:rsidR="000D3A71" w:rsidRDefault="000D3A71" w:rsidP="000D3A71">
            <w:pPr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lastRenderedPageBreak/>
              <w:t>INGENIERÍAS</w:t>
            </w:r>
          </w:p>
        </w:tc>
        <w:tc>
          <w:tcPr>
            <w:tcW w:w="3509" w:type="dxa"/>
          </w:tcPr>
          <w:p w14:paraId="23D50503" w14:textId="77777777" w:rsidR="000D3A71" w:rsidRPr="00F15451" w:rsidRDefault="000D3A71" w:rsidP="000D3A71">
            <w:pPr>
              <w:rPr>
                <w:b/>
                <w:bCs/>
                <w:lang w:val="es-CO"/>
              </w:rPr>
            </w:pPr>
            <w:r w:rsidRPr="00F15451">
              <w:rPr>
                <w:b/>
                <w:bCs/>
                <w:lang w:val="es-CO"/>
              </w:rPr>
              <w:t xml:space="preserve">Maestría en </w:t>
            </w:r>
            <w:proofErr w:type="spellStart"/>
            <w:r w:rsidRPr="00F15451">
              <w:rPr>
                <w:b/>
                <w:bCs/>
                <w:lang w:val="es-CO"/>
              </w:rPr>
              <w:t>Geoinformática</w:t>
            </w:r>
            <w:proofErr w:type="spellEnd"/>
          </w:p>
          <w:p w14:paraId="3E2E0461" w14:textId="77777777" w:rsidR="000D3A71" w:rsidRDefault="000D3A71" w:rsidP="000D3A71">
            <w:pPr>
              <w:rPr>
                <w:lang w:val="es-CO"/>
              </w:rPr>
            </w:pPr>
            <w:r w:rsidRPr="00F15451">
              <w:rPr>
                <w:lang w:val="es-CO"/>
              </w:rPr>
              <w:br/>
              <w:t>SNIES: 104279 / Res. MEN 18075 del 23/09/2021 (Vigencia: 7 años)</w:t>
            </w:r>
          </w:p>
          <w:p w14:paraId="066AD13D" w14:textId="77777777" w:rsidR="000D3A71" w:rsidRPr="00C875A6" w:rsidRDefault="000D3A71" w:rsidP="000D3A71">
            <w:pPr>
              <w:rPr>
                <w:lang w:val="es-CO"/>
              </w:rPr>
            </w:pPr>
            <w:r w:rsidRPr="00C875A6">
              <w:rPr>
                <w:b/>
                <w:bCs/>
                <w:lang w:val="es-CO"/>
              </w:rPr>
              <w:t>Duración:</w:t>
            </w:r>
            <w:r>
              <w:rPr>
                <w:b/>
                <w:bCs/>
                <w:lang w:val="es-CO"/>
              </w:rPr>
              <w:t xml:space="preserve"> </w:t>
            </w:r>
            <w:r w:rsidRPr="00C875A6">
              <w:rPr>
                <w:lang w:val="es-CO"/>
              </w:rPr>
              <w:t>4 semestres</w:t>
            </w:r>
          </w:p>
          <w:p w14:paraId="3D048BCC" w14:textId="77777777" w:rsidR="000D3A71" w:rsidRPr="00F15451" w:rsidRDefault="000D3A71" w:rsidP="000D3A71">
            <w:pPr>
              <w:rPr>
                <w:b/>
                <w:bCs/>
                <w:lang w:val="es-CO"/>
              </w:rPr>
            </w:pPr>
          </w:p>
        </w:tc>
        <w:tc>
          <w:tcPr>
            <w:tcW w:w="6197" w:type="dxa"/>
          </w:tcPr>
          <w:p w14:paraId="4AE9B606" w14:textId="77777777" w:rsidR="000D3A71" w:rsidRDefault="000D3A71" w:rsidP="000D3A71">
            <w:pPr>
              <w:rPr>
                <w:lang w:val="es-CO"/>
              </w:rPr>
            </w:pPr>
            <w:r w:rsidRPr="00F15451">
              <w:rPr>
                <w:lang w:val="es-CO"/>
              </w:rPr>
              <w:t>Los datos territoriales también cuentan historias.</w:t>
            </w:r>
            <w:r w:rsidRPr="00F15451">
              <w:rPr>
                <w:lang w:val="es-CO"/>
              </w:rPr>
              <w:br/>
            </w:r>
            <w:r w:rsidRPr="00F15451">
              <w:rPr>
                <w:lang w:val="es-CO"/>
              </w:rPr>
              <w:br/>
              <w:t xml:space="preserve">Diseñada para liderar proyectos territoriales basados en datos. Integra </w:t>
            </w:r>
            <w:proofErr w:type="spellStart"/>
            <w:r w:rsidRPr="00F15451">
              <w:rPr>
                <w:lang w:val="es-CO"/>
              </w:rPr>
              <w:t>geoanalítica</w:t>
            </w:r>
            <w:proofErr w:type="spellEnd"/>
            <w:r w:rsidRPr="00F15451">
              <w:rPr>
                <w:lang w:val="es-CO"/>
              </w:rPr>
              <w:t>, Big Data geoespacial y Geo IA, preparando profesionales con visión global y alto dominio tecnológico.</w:t>
            </w:r>
            <w:r w:rsidRPr="00F15451">
              <w:rPr>
                <w:lang w:val="es-CO"/>
              </w:rPr>
              <w:br/>
            </w:r>
            <w:r w:rsidRPr="00F15451">
              <w:rPr>
                <w:lang w:val="es-CO"/>
              </w:rPr>
              <w:br/>
              <w:t>¡Lidera decisiones estratégicas basadas en datos!</w:t>
            </w:r>
          </w:p>
          <w:p w14:paraId="7273F789" w14:textId="02F8EC1C" w:rsidR="000D3A71" w:rsidRPr="00F15451" w:rsidRDefault="000D3A71" w:rsidP="000D3A71">
            <w:pPr>
              <w:rPr>
                <w:lang w:val="es-CO"/>
              </w:rPr>
            </w:pPr>
            <w:hyperlink r:id="rId20" w:history="1">
              <w:r w:rsidRPr="00F66CC0">
                <w:rPr>
                  <w:rStyle w:val="Hipervnculo"/>
                  <w:lang w:val="es-CO"/>
                </w:rPr>
                <w:t>https://usbmed.edu.co/programas/posgrados/maestria-en-geoinformatica</w:t>
              </w:r>
            </w:hyperlink>
            <w:r>
              <w:rPr>
                <w:lang w:val="es-CO"/>
              </w:rPr>
              <w:t xml:space="preserve"> </w:t>
            </w:r>
          </w:p>
        </w:tc>
      </w:tr>
      <w:tr w:rsidR="000D3A71" w:rsidRPr="00F15451" w14:paraId="2A0FB2E1" w14:textId="77777777" w:rsidTr="00841EB1">
        <w:tc>
          <w:tcPr>
            <w:tcW w:w="3470" w:type="dxa"/>
          </w:tcPr>
          <w:p w14:paraId="14ECC0B2" w14:textId="1A53FCA8" w:rsidR="000D3A71" w:rsidRPr="00F15451" w:rsidRDefault="000D3A71" w:rsidP="000D3A71">
            <w:pPr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t>PSICOLOGÍA</w:t>
            </w:r>
          </w:p>
        </w:tc>
        <w:tc>
          <w:tcPr>
            <w:tcW w:w="3509" w:type="dxa"/>
          </w:tcPr>
          <w:p w14:paraId="59A919FF" w14:textId="77777777" w:rsidR="000D3A71" w:rsidRPr="00F15451" w:rsidRDefault="000D3A71" w:rsidP="000D3A71">
            <w:pPr>
              <w:rPr>
                <w:b/>
                <w:bCs/>
                <w:lang w:val="es-CO"/>
              </w:rPr>
            </w:pPr>
            <w:r w:rsidRPr="00F15451">
              <w:rPr>
                <w:b/>
                <w:bCs/>
                <w:lang w:val="es-CO"/>
              </w:rPr>
              <w:t>Maestría en Psicología Clínica</w:t>
            </w:r>
          </w:p>
          <w:p w14:paraId="4757215B" w14:textId="77777777" w:rsidR="000D3A71" w:rsidRDefault="000D3A71" w:rsidP="000D3A71">
            <w:pPr>
              <w:rPr>
                <w:lang w:val="es-CO"/>
              </w:rPr>
            </w:pPr>
            <w:r w:rsidRPr="00F15451">
              <w:rPr>
                <w:lang w:val="es-CO"/>
              </w:rPr>
              <w:br/>
              <w:t>SNIES: 104827 / Res. MEN 6887 del 27/04/2023 (Vigencia: 7 años)</w:t>
            </w:r>
          </w:p>
          <w:p w14:paraId="74A7721A" w14:textId="77777777" w:rsidR="000D3A71" w:rsidRPr="00C875A6" w:rsidRDefault="000D3A71" w:rsidP="000D3A71">
            <w:pPr>
              <w:rPr>
                <w:lang w:val="es-CO"/>
              </w:rPr>
            </w:pPr>
            <w:r w:rsidRPr="00C875A6">
              <w:rPr>
                <w:b/>
                <w:bCs/>
                <w:lang w:val="es-CO"/>
              </w:rPr>
              <w:t>Duración:</w:t>
            </w:r>
            <w:r>
              <w:rPr>
                <w:b/>
                <w:bCs/>
                <w:lang w:val="es-CO"/>
              </w:rPr>
              <w:t xml:space="preserve"> </w:t>
            </w:r>
            <w:r w:rsidRPr="00C875A6">
              <w:rPr>
                <w:lang w:val="es-CO"/>
              </w:rPr>
              <w:t>4 semestres</w:t>
            </w:r>
          </w:p>
          <w:p w14:paraId="56D14BAD" w14:textId="77777777" w:rsidR="000D3A71" w:rsidRPr="00F15451" w:rsidRDefault="000D3A71" w:rsidP="000D3A71">
            <w:pPr>
              <w:rPr>
                <w:lang w:val="es-CO"/>
              </w:rPr>
            </w:pPr>
          </w:p>
        </w:tc>
        <w:tc>
          <w:tcPr>
            <w:tcW w:w="6197" w:type="dxa"/>
          </w:tcPr>
          <w:p w14:paraId="36510BFB" w14:textId="77777777" w:rsidR="000D3A71" w:rsidRDefault="000D3A71" w:rsidP="000D3A71">
            <w:pPr>
              <w:rPr>
                <w:lang w:val="es-CO"/>
              </w:rPr>
            </w:pPr>
            <w:r w:rsidRPr="00F15451">
              <w:rPr>
                <w:lang w:val="es-CO"/>
              </w:rPr>
              <w:t>La práctica clínica exige profundidad y sensibilidad.</w:t>
            </w:r>
            <w:r w:rsidRPr="00F15451">
              <w:rPr>
                <w:lang w:val="es-CO"/>
              </w:rPr>
              <w:br/>
            </w:r>
            <w:r w:rsidRPr="00F15451">
              <w:rPr>
                <w:lang w:val="es-CO"/>
              </w:rPr>
              <w:br/>
              <w:t>Fortalece el razonamiento clínico y la práctica terapéutica desde diversas corrientes psicológicas. Integra supervisión especializada, investigación y ética profesional, preparando magísteres altamente valorados en el campo de la salud mental.</w:t>
            </w:r>
            <w:r w:rsidRPr="00F15451">
              <w:rPr>
                <w:lang w:val="es-CO"/>
              </w:rPr>
              <w:br/>
            </w:r>
            <w:r w:rsidRPr="00F15451">
              <w:rPr>
                <w:lang w:val="es-CO"/>
              </w:rPr>
              <w:br/>
              <w:t>¡Lleva tu ejercicio clínico a otro nivel!</w:t>
            </w:r>
          </w:p>
          <w:p w14:paraId="5E4577BF" w14:textId="77777777" w:rsidR="000D3A71" w:rsidRPr="00F15451" w:rsidRDefault="000D3A71" w:rsidP="000D3A71">
            <w:pPr>
              <w:rPr>
                <w:lang w:val="es-CO"/>
              </w:rPr>
            </w:pPr>
            <w:hyperlink r:id="rId21" w:history="1">
              <w:r w:rsidRPr="00F66CC0">
                <w:rPr>
                  <w:rStyle w:val="Hipervnculo"/>
                  <w:lang w:val="es-CO"/>
                </w:rPr>
                <w:t>https://usbmed.edu.co/programas/posgrados/maestria-en-psicologia-clinica</w:t>
              </w:r>
            </w:hyperlink>
            <w:r>
              <w:rPr>
                <w:lang w:val="es-CO"/>
              </w:rPr>
              <w:t xml:space="preserve"> </w:t>
            </w:r>
          </w:p>
        </w:tc>
      </w:tr>
      <w:tr w:rsidR="000D3A71" w:rsidRPr="00F15451" w14:paraId="1CEA34BF" w14:textId="77777777" w:rsidTr="00841EB1">
        <w:tc>
          <w:tcPr>
            <w:tcW w:w="3470" w:type="dxa"/>
          </w:tcPr>
          <w:p w14:paraId="374E2912" w14:textId="7D132DCA" w:rsidR="000D3A71" w:rsidRPr="00F15451" w:rsidRDefault="000D3A71" w:rsidP="000D3A71">
            <w:pPr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t>PSICOLOGÍA</w:t>
            </w:r>
          </w:p>
        </w:tc>
        <w:tc>
          <w:tcPr>
            <w:tcW w:w="3509" w:type="dxa"/>
          </w:tcPr>
          <w:p w14:paraId="4C8A6E61" w14:textId="77777777" w:rsidR="000D3A71" w:rsidRPr="00F15451" w:rsidRDefault="000D3A71" w:rsidP="000D3A71">
            <w:pPr>
              <w:rPr>
                <w:b/>
                <w:bCs/>
                <w:lang w:val="es-CO"/>
              </w:rPr>
            </w:pPr>
            <w:r w:rsidRPr="00F15451">
              <w:rPr>
                <w:b/>
                <w:bCs/>
                <w:lang w:val="es-CO"/>
              </w:rPr>
              <w:t>Maestría en Neuropsicología</w:t>
            </w:r>
          </w:p>
          <w:p w14:paraId="75B96D15" w14:textId="77777777" w:rsidR="000D3A71" w:rsidRDefault="000D3A71" w:rsidP="000D3A71">
            <w:pPr>
              <w:rPr>
                <w:lang w:val="es-CO"/>
              </w:rPr>
            </w:pPr>
            <w:r w:rsidRPr="00F15451">
              <w:rPr>
                <w:lang w:val="es-CO"/>
              </w:rPr>
              <w:br/>
              <w:t>SNIES: 1365 / Res. MEN 3151 del 01/03/2021 (Vigencia: 7 años)</w:t>
            </w:r>
          </w:p>
          <w:p w14:paraId="659AA368" w14:textId="77777777" w:rsidR="000D3A71" w:rsidRPr="00C875A6" w:rsidRDefault="000D3A71" w:rsidP="000D3A71">
            <w:pPr>
              <w:rPr>
                <w:lang w:val="es-CO"/>
              </w:rPr>
            </w:pPr>
            <w:r w:rsidRPr="00C875A6">
              <w:rPr>
                <w:b/>
                <w:bCs/>
                <w:lang w:val="es-CO"/>
              </w:rPr>
              <w:t>Duración:</w:t>
            </w:r>
            <w:r>
              <w:rPr>
                <w:b/>
                <w:bCs/>
                <w:lang w:val="es-CO"/>
              </w:rPr>
              <w:t xml:space="preserve"> </w:t>
            </w:r>
            <w:r w:rsidRPr="00C875A6">
              <w:rPr>
                <w:lang w:val="es-CO"/>
              </w:rPr>
              <w:t>4 semestres</w:t>
            </w:r>
          </w:p>
          <w:p w14:paraId="787BB275" w14:textId="77777777" w:rsidR="000D3A71" w:rsidRPr="00F15451" w:rsidRDefault="000D3A71" w:rsidP="000D3A71">
            <w:pPr>
              <w:rPr>
                <w:lang w:val="es-CO"/>
              </w:rPr>
            </w:pPr>
          </w:p>
        </w:tc>
        <w:tc>
          <w:tcPr>
            <w:tcW w:w="6197" w:type="dxa"/>
          </w:tcPr>
          <w:p w14:paraId="3C7A1F00" w14:textId="77777777" w:rsidR="000D3A71" w:rsidRDefault="000D3A71" w:rsidP="000D3A71">
            <w:pPr>
              <w:rPr>
                <w:lang w:val="es-CO"/>
              </w:rPr>
            </w:pPr>
            <w:r w:rsidRPr="00F15451">
              <w:rPr>
                <w:lang w:val="es-CO"/>
              </w:rPr>
              <w:lastRenderedPageBreak/>
              <w:t>Comprender el cerebro transforma la intervención.</w:t>
            </w:r>
            <w:r w:rsidRPr="00F15451">
              <w:rPr>
                <w:lang w:val="es-CO"/>
              </w:rPr>
              <w:br/>
            </w:r>
            <w:r w:rsidRPr="00F15451">
              <w:rPr>
                <w:lang w:val="es-CO"/>
              </w:rPr>
              <w:br/>
              <w:t>Programa acreditado en Alta Calidad que integra ciencia, clínica e investigación. Forma profesionales capaces de evaluar, diagnosticar e intervenir alteraciones cognitivas y conductuales, con respaldo de grupos de investigación reconocidos.</w:t>
            </w:r>
            <w:r w:rsidRPr="00F15451">
              <w:rPr>
                <w:lang w:val="es-CO"/>
              </w:rPr>
              <w:br/>
            </w:r>
            <w:r w:rsidRPr="00F15451">
              <w:rPr>
                <w:lang w:val="es-CO"/>
              </w:rPr>
              <w:lastRenderedPageBreak/>
              <w:br/>
              <w:t>¡Especialízate en neurociencia con impacto!</w:t>
            </w:r>
          </w:p>
          <w:p w14:paraId="34041D71" w14:textId="77777777" w:rsidR="000D3A71" w:rsidRPr="00F15451" w:rsidRDefault="000D3A71" w:rsidP="000D3A71">
            <w:pPr>
              <w:rPr>
                <w:lang w:val="es-CO"/>
              </w:rPr>
            </w:pPr>
            <w:hyperlink r:id="rId22" w:history="1">
              <w:r w:rsidRPr="00F66CC0">
                <w:rPr>
                  <w:rStyle w:val="Hipervnculo"/>
                  <w:lang w:val="es-CO"/>
                </w:rPr>
                <w:t>https://usbmed.edu.co/programas/posgrados/maestria-en-neuropsicologia</w:t>
              </w:r>
            </w:hyperlink>
            <w:r>
              <w:rPr>
                <w:lang w:val="es-CO"/>
              </w:rPr>
              <w:t xml:space="preserve"> </w:t>
            </w:r>
          </w:p>
        </w:tc>
      </w:tr>
    </w:tbl>
    <w:p w14:paraId="6A0EE434" w14:textId="77777777" w:rsidR="000D3A71" w:rsidRPr="00F15451" w:rsidRDefault="000D3A71" w:rsidP="000D3A71">
      <w:pPr>
        <w:rPr>
          <w:lang w:val="es-CO"/>
        </w:rPr>
      </w:pPr>
    </w:p>
    <w:p w14:paraId="7A894F53" w14:textId="2A8ECAF0" w:rsidR="000D3A71" w:rsidRPr="000D3A71" w:rsidRDefault="000D3A71">
      <w:pPr>
        <w:rPr>
          <w:b/>
          <w:bCs/>
          <w:color w:val="C00000"/>
          <w:sz w:val="30"/>
          <w:szCs w:val="30"/>
          <w:lang w:val="es-CO"/>
        </w:rPr>
      </w:pPr>
      <w:r w:rsidRPr="000D3A71">
        <w:rPr>
          <w:b/>
          <w:bCs/>
          <w:color w:val="C00000"/>
          <w:sz w:val="30"/>
          <w:szCs w:val="30"/>
          <w:lang w:val="es-CO"/>
        </w:rPr>
        <w:t>DOCTORADOS</w:t>
      </w:r>
    </w:p>
    <w:tbl>
      <w:tblPr>
        <w:tblW w:w="13176" w:type="dxa"/>
        <w:tblLook w:val="04A0" w:firstRow="1" w:lastRow="0" w:firstColumn="1" w:lastColumn="0" w:noHBand="0" w:noVBand="1"/>
      </w:tblPr>
      <w:tblGrid>
        <w:gridCol w:w="3470"/>
        <w:gridCol w:w="3509"/>
        <w:gridCol w:w="6197"/>
      </w:tblGrid>
      <w:tr w:rsidR="000D3A71" w:rsidRPr="00F15451" w14:paraId="0B6AA0FD" w14:textId="77777777" w:rsidTr="00841EB1">
        <w:tc>
          <w:tcPr>
            <w:tcW w:w="3470" w:type="dxa"/>
          </w:tcPr>
          <w:p w14:paraId="5D985138" w14:textId="63D1D08A" w:rsidR="000D3A71" w:rsidRPr="00F15451" w:rsidRDefault="000D3A71" w:rsidP="000D3A71">
            <w:pPr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t>EDUCACIÓN</w:t>
            </w:r>
          </w:p>
        </w:tc>
        <w:tc>
          <w:tcPr>
            <w:tcW w:w="3509" w:type="dxa"/>
          </w:tcPr>
          <w:p w14:paraId="3897B78F" w14:textId="77777777" w:rsidR="000D3A71" w:rsidRPr="00F15451" w:rsidRDefault="000D3A71" w:rsidP="000D3A71">
            <w:pPr>
              <w:rPr>
                <w:b/>
                <w:bCs/>
                <w:lang w:val="es-CO"/>
              </w:rPr>
            </w:pPr>
            <w:r w:rsidRPr="00F15451">
              <w:rPr>
                <w:b/>
                <w:bCs/>
                <w:lang w:val="es-CO"/>
              </w:rPr>
              <w:t>Doctorado en Ciencias de la Educación</w:t>
            </w:r>
          </w:p>
          <w:p w14:paraId="2F69ACB0" w14:textId="77777777" w:rsidR="000D3A71" w:rsidRDefault="000D3A71" w:rsidP="000D3A71">
            <w:pPr>
              <w:rPr>
                <w:lang w:val="es-CO"/>
              </w:rPr>
            </w:pPr>
            <w:r w:rsidRPr="00F15451">
              <w:rPr>
                <w:lang w:val="es-CO"/>
              </w:rPr>
              <w:br/>
              <w:t>SNIES: 90796 / Res. MEN 35003 del 20/12/2023 (Vigencia: 7 años)</w:t>
            </w:r>
          </w:p>
          <w:p w14:paraId="04129736" w14:textId="77777777" w:rsidR="000D3A71" w:rsidRPr="00563523" w:rsidRDefault="000D3A71" w:rsidP="000D3A71">
            <w:pPr>
              <w:rPr>
                <w:lang w:val="es-CO"/>
              </w:rPr>
            </w:pPr>
            <w:r w:rsidRPr="00563523">
              <w:rPr>
                <w:b/>
                <w:bCs/>
                <w:lang w:val="es-CO"/>
              </w:rPr>
              <w:t>Duración:</w:t>
            </w:r>
            <w:r>
              <w:rPr>
                <w:b/>
                <w:bCs/>
                <w:lang w:val="es-CO"/>
              </w:rPr>
              <w:t xml:space="preserve"> </w:t>
            </w:r>
            <w:r w:rsidRPr="00563523">
              <w:rPr>
                <w:lang w:val="es-CO"/>
              </w:rPr>
              <w:t>6 semestres</w:t>
            </w:r>
          </w:p>
          <w:p w14:paraId="57DD050C" w14:textId="77777777" w:rsidR="000D3A71" w:rsidRPr="00F15451" w:rsidRDefault="000D3A71" w:rsidP="000D3A71">
            <w:pPr>
              <w:rPr>
                <w:lang w:val="es-CO"/>
              </w:rPr>
            </w:pPr>
          </w:p>
        </w:tc>
        <w:tc>
          <w:tcPr>
            <w:tcW w:w="6197" w:type="dxa"/>
          </w:tcPr>
          <w:p w14:paraId="583F99BB" w14:textId="77777777" w:rsidR="000D3A71" w:rsidRDefault="000D3A71" w:rsidP="000D3A71">
            <w:pPr>
              <w:rPr>
                <w:lang w:val="es-CO"/>
              </w:rPr>
            </w:pPr>
            <w:r w:rsidRPr="00F15451">
              <w:rPr>
                <w:lang w:val="es-CO"/>
              </w:rPr>
              <w:t>La transformación educativa inicia con investigación rigurosa.</w:t>
            </w:r>
            <w:r w:rsidRPr="00F15451">
              <w:rPr>
                <w:lang w:val="es-CO"/>
              </w:rPr>
              <w:br/>
            </w:r>
            <w:r w:rsidRPr="00F15451">
              <w:rPr>
                <w:lang w:val="es-CO"/>
              </w:rPr>
              <w:br/>
              <w:t>Fortalece competencias avanzadas en investigación educativa y pensamiento crítico, preparando investigadores capaces de incidir en políticas, instituciones y prácticas educativas.</w:t>
            </w:r>
            <w:r w:rsidRPr="00F15451">
              <w:rPr>
                <w:lang w:val="es-CO"/>
              </w:rPr>
              <w:br/>
            </w:r>
            <w:r w:rsidRPr="00F15451">
              <w:rPr>
                <w:lang w:val="es-CO"/>
              </w:rPr>
              <w:br/>
              <w:t>¡Lidera el cambio educativo desde la investigación!</w:t>
            </w:r>
          </w:p>
          <w:p w14:paraId="021C1BFE" w14:textId="1AF96DBB" w:rsidR="000D3A71" w:rsidRPr="00F15451" w:rsidRDefault="000D3A71" w:rsidP="000D3A71">
            <w:pPr>
              <w:rPr>
                <w:lang w:val="es-CO"/>
              </w:rPr>
            </w:pPr>
            <w:hyperlink r:id="rId23" w:history="1">
              <w:r w:rsidRPr="00F66CC0">
                <w:rPr>
                  <w:rStyle w:val="Hipervnculo"/>
                  <w:lang w:val="es-CO"/>
                </w:rPr>
                <w:t>https://usbmed.edu.co/programas/posgrados/doctorado-en-ciencias-de-la-educacion</w:t>
              </w:r>
            </w:hyperlink>
            <w:r>
              <w:rPr>
                <w:lang w:val="es-CO"/>
              </w:rPr>
              <w:t xml:space="preserve"> </w:t>
            </w:r>
          </w:p>
        </w:tc>
      </w:tr>
      <w:tr w:rsidR="000D3A71" w:rsidRPr="00F15451" w14:paraId="6F1CC300" w14:textId="77777777" w:rsidTr="00841EB1">
        <w:tc>
          <w:tcPr>
            <w:tcW w:w="3470" w:type="dxa"/>
          </w:tcPr>
          <w:p w14:paraId="70963E56" w14:textId="7C912064" w:rsidR="000D3A71" w:rsidRPr="00F15451" w:rsidRDefault="000D3A71" w:rsidP="000D3A71">
            <w:pPr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t>PSICOLOGÍA</w:t>
            </w:r>
          </w:p>
        </w:tc>
        <w:tc>
          <w:tcPr>
            <w:tcW w:w="3509" w:type="dxa"/>
          </w:tcPr>
          <w:p w14:paraId="64DEE266" w14:textId="77777777" w:rsidR="000D3A71" w:rsidRPr="00F15451" w:rsidRDefault="000D3A71" w:rsidP="000D3A71">
            <w:pPr>
              <w:rPr>
                <w:b/>
                <w:bCs/>
                <w:lang w:val="es-CO"/>
              </w:rPr>
            </w:pPr>
            <w:r w:rsidRPr="00F15451">
              <w:rPr>
                <w:b/>
                <w:bCs/>
                <w:lang w:val="es-CO"/>
              </w:rPr>
              <w:t>Doctorado en Psicología</w:t>
            </w:r>
          </w:p>
          <w:p w14:paraId="55A043B6" w14:textId="77777777" w:rsidR="000D3A71" w:rsidRDefault="000D3A71" w:rsidP="000D3A71">
            <w:pPr>
              <w:rPr>
                <w:lang w:val="es-CO"/>
              </w:rPr>
            </w:pPr>
            <w:r w:rsidRPr="00F15451">
              <w:rPr>
                <w:lang w:val="es-CO"/>
              </w:rPr>
              <w:br/>
              <w:t>SNIES: 90942 / Res. MEN 28117 del 13/12/2017 (Vigencia: 7 años)</w:t>
            </w:r>
          </w:p>
          <w:p w14:paraId="00528319" w14:textId="77777777" w:rsidR="000D3A71" w:rsidRPr="00C875A6" w:rsidRDefault="000D3A71" w:rsidP="000D3A71">
            <w:pPr>
              <w:rPr>
                <w:lang w:val="es-CO"/>
              </w:rPr>
            </w:pPr>
            <w:r w:rsidRPr="00C875A6">
              <w:rPr>
                <w:b/>
                <w:bCs/>
                <w:lang w:val="es-CO"/>
              </w:rPr>
              <w:t>Duración:</w:t>
            </w:r>
            <w:r>
              <w:rPr>
                <w:b/>
                <w:bCs/>
                <w:lang w:val="es-CO"/>
              </w:rPr>
              <w:t xml:space="preserve"> </w:t>
            </w:r>
            <w:r w:rsidRPr="00C875A6">
              <w:rPr>
                <w:lang w:val="es-CO"/>
              </w:rPr>
              <w:t>3 años</w:t>
            </w:r>
          </w:p>
          <w:p w14:paraId="4EE2683F" w14:textId="77777777" w:rsidR="000D3A71" w:rsidRPr="00F15451" w:rsidRDefault="000D3A71" w:rsidP="000D3A71">
            <w:pPr>
              <w:rPr>
                <w:b/>
                <w:bCs/>
                <w:lang w:val="es-CO"/>
              </w:rPr>
            </w:pPr>
          </w:p>
        </w:tc>
        <w:tc>
          <w:tcPr>
            <w:tcW w:w="6197" w:type="dxa"/>
          </w:tcPr>
          <w:p w14:paraId="787C11B9" w14:textId="77777777" w:rsidR="000D3A71" w:rsidRDefault="000D3A71" w:rsidP="000D3A71">
            <w:pPr>
              <w:rPr>
                <w:lang w:val="es-CO"/>
              </w:rPr>
            </w:pPr>
            <w:r w:rsidRPr="00F15451">
              <w:rPr>
                <w:lang w:val="es-CO"/>
              </w:rPr>
              <w:t>Investigar en psicología también transforma la sociedad.</w:t>
            </w:r>
            <w:r w:rsidRPr="00F15451">
              <w:rPr>
                <w:lang w:val="es-CO"/>
              </w:rPr>
              <w:br/>
            </w:r>
            <w:r w:rsidRPr="00F15451">
              <w:rPr>
                <w:lang w:val="es-CO"/>
              </w:rPr>
              <w:br/>
              <w:t>Orienta la formación hacia la producción de conocimiento con impacto social. Desarrolla liderazgo académico, investigación interdisciplinaria y proyección internacional, respaldado por docentes de alto nivel y enfoque bioético.</w:t>
            </w:r>
            <w:r w:rsidRPr="00F15451">
              <w:rPr>
                <w:lang w:val="es-CO"/>
              </w:rPr>
              <w:br/>
            </w:r>
            <w:r w:rsidRPr="00F15451">
              <w:rPr>
                <w:lang w:val="es-CO"/>
              </w:rPr>
              <w:br/>
              <w:t>¡Produce conocimiento que deje huella!</w:t>
            </w:r>
          </w:p>
          <w:p w14:paraId="5EC60E3A" w14:textId="4AC0D687" w:rsidR="000D3A71" w:rsidRPr="00F15451" w:rsidRDefault="000D3A71" w:rsidP="000D3A71">
            <w:pPr>
              <w:rPr>
                <w:lang w:val="es-CO"/>
              </w:rPr>
            </w:pPr>
            <w:hyperlink r:id="rId24" w:history="1">
              <w:r w:rsidRPr="00F66CC0">
                <w:rPr>
                  <w:rStyle w:val="Hipervnculo"/>
                  <w:lang w:val="es-CO"/>
                </w:rPr>
                <w:t>https://usbmed.edu.co/programas/posgrados/doctorado-en-psicologia</w:t>
              </w:r>
            </w:hyperlink>
            <w:r>
              <w:rPr>
                <w:lang w:val="es-CO"/>
              </w:rPr>
              <w:t xml:space="preserve"> </w:t>
            </w:r>
          </w:p>
        </w:tc>
      </w:tr>
    </w:tbl>
    <w:p w14:paraId="6257CE75" w14:textId="77777777" w:rsidR="000D3A71" w:rsidRDefault="000D3A71">
      <w:pPr>
        <w:rPr>
          <w:lang w:val="es-CO"/>
        </w:rPr>
      </w:pPr>
    </w:p>
    <w:p w14:paraId="7867B5F0" w14:textId="77777777" w:rsidR="00C00B67" w:rsidRDefault="00C00B67">
      <w:pPr>
        <w:rPr>
          <w:lang w:val="es-CO"/>
        </w:rPr>
      </w:pPr>
    </w:p>
    <w:tbl>
      <w:tblPr>
        <w:tblStyle w:val="Tablaconcuadrcula"/>
        <w:tblW w:w="0" w:type="auto"/>
        <w:tblInd w:w="38" w:type="dxa"/>
        <w:tblLook w:val="04A0" w:firstRow="1" w:lastRow="0" w:firstColumn="1" w:lastColumn="0" w:noHBand="0" w:noVBand="1"/>
      </w:tblPr>
      <w:tblGrid>
        <w:gridCol w:w="4292"/>
        <w:gridCol w:w="4303"/>
        <w:gridCol w:w="4317"/>
      </w:tblGrid>
      <w:tr w:rsidR="00C00B67" w14:paraId="26471CAB" w14:textId="77777777" w:rsidTr="00C00B67">
        <w:tc>
          <w:tcPr>
            <w:tcW w:w="4366" w:type="dxa"/>
          </w:tcPr>
          <w:p w14:paraId="5B48E586" w14:textId="3B3C7662" w:rsidR="00C00B67" w:rsidRDefault="00C00B67">
            <w:pPr>
              <w:rPr>
                <w:lang w:val="es-CO"/>
              </w:rPr>
            </w:pPr>
            <w:r>
              <w:rPr>
                <w:lang w:val="es-CO"/>
              </w:rPr>
              <w:t>INSTITUCIONAL</w:t>
            </w:r>
          </w:p>
        </w:tc>
        <w:tc>
          <w:tcPr>
            <w:tcW w:w="4367" w:type="dxa"/>
          </w:tcPr>
          <w:p w14:paraId="169A2F08" w14:textId="5A12BE66" w:rsidR="00C00B67" w:rsidRPr="00C00B67" w:rsidRDefault="00C00B67">
            <w:pPr>
              <w:rPr>
                <w:b/>
                <w:bCs/>
                <w:lang w:val="es-CO"/>
              </w:rPr>
            </w:pPr>
            <w:r w:rsidRPr="00C00B67">
              <w:rPr>
                <w:b/>
                <w:bCs/>
                <w:lang w:val="es-CO"/>
              </w:rPr>
              <w:t>CONTRAPORTADA</w:t>
            </w:r>
          </w:p>
        </w:tc>
        <w:tc>
          <w:tcPr>
            <w:tcW w:w="4367" w:type="dxa"/>
          </w:tcPr>
          <w:p w14:paraId="52AE8872" w14:textId="4BBB6577" w:rsidR="00C00B67" w:rsidRDefault="00C00B67" w:rsidP="00C00B67">
            <w:pPr>
              <w:rPr>
                <w:b/>
                <w:bCs/>
                <w:lang w:val="es-CO"/>
              </w:rPr>
            </w:pPr>
            <w:r w:rsidRPr="00C00B67">
              <w:rPr>
                <w:b/>
                <w:bCs/>
                <w:lang w:val="es-CO"/>
              </w:rPr>
              <w:t>Descuentos y alternativas de financiación</w:t>
            </w:r>
          </w:p>
          <w:p w14:paraId="2D38CBD8" w14:textId="77777777" w:rsidR="00C00B67" w:rsidRPr="00C00B67" w:rsidRDefault="00C00B67" w:rsidP="00C00B67">
            <w:pPr>
              <w:rPr>
                <w:b/>
                <w:bCs/>
                <w:lang w:val="es-CO"/>
              </w:rPr>
            </w:pPr>
          </w:p>
          <w:p w14:paraId="0CB56FFC" w14:textId="776E97C8" w:rsidR="00C00B67" w:rsidRPr="00C00B67" w:rsidRDefault="00121D4E" w:rsidP="00C00B67">
            <w:pPr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t>¡</w:t>
            </w:r>
            <w:r w:rsidR="00C00B67" w:rsidRPr="00C00B67">
              <w:rPr>
                <w:b/>
                <w:bCs/>
                <w:lang w:val="es-CO"/>
              </w:rPr>
              <w:t>Invertir en tu formación sí es posible</w:t>
            </w:r>
            <w:r>
              <w:rPr>
                <w:b/>
                <w:bCs/>
                <w:lang w:val="es-CO"/>
              </w:rPr>
              <w:t>!</w:t>
            </w:r>
          </w:p>
          <w:p w14:paraId="7FEEC2A9" w14:textId="77777777" w:rsidR="00C00B67" w:rsidRDefault="00C00B67" w:rsidP="00C00B67">
            <w:pPr>
              <w:rPr>
                <w:lang w:val="es-CO"/>
              </w:rPr>
            </w:pPr>
          </w:p>
          <w:p w14:paraId="2795BF9C" w14:textId="68FC61EF" w:rsidR="00C00B67" w:rsidRDefault="00C00B67" w:rsidP="00C00B67">
            <w:pPr>
              <w:rPr>
                <w:lang w:val="es-CO"/>
              </w:rPr>
            </w:pPr>
            <w:r>
              <w:rPr>
                <w:lang w:val="es-CO"/>
              </w:rPr>
              <w:t>Te brindamos</w:t>
            </w:r>
            <w:r w:rsidRPr="00C00B67">
              <w:rPr>
                <w:lang w:val="es-CO"/>
              </w:rPr>
              <w:t xml:space="preserve"> </w:t>
            </w:r>
            <w:r w:rsidRPr="00C00B67">
              <w:rPr>
                <w:b/>
                <w:bCs/>
                <w:lang w:val="es-CO"/>
              </w:rPr>
              <w:t>alternativas reales de financiación y descuentos</w:t>
            </w:r>
            <w:r w:rsidRPr="00C00B67">
              <w:rPr>
                <w:lang w:val="es-CO"/>
              </w:rPr>
              <w:t>, pensadas para facilitar tu acceso a la educación de posgrado y acompañarte en tu crecimiento profesional.</w:t>
            </w:r>
          </w:p>
          <w:p w14:paraId="1F01AA1E" w14:textId="77777777" w:rsidR="00C00B67" w:rsidRDefault="00C00B67" w:rsidP="00C00B67">
            <w:pPr>
              <w:rPr>
                <w:lang w:val="es-CO"/>
              </w:rPr>
            </w:pPr>
          </w:p>
          <w:p w14:paraId="66F2D468" w14:textId="40B8477C" w:rsidR="00C00B67" w:rsidRPr="00C00B67" w:rsidRDefault="00C00B67" w:rsidP="00C00B67">
            <w:pPr>
              <w:rPr>
                <w:b/>
                <w:bCs/>
                <w:lang w:val="es-CO"/>
              </w:rPr>
            </w:pPr>
            <w:r w:rsidRPr="00C00B67">
              <w:rPr>
                <w:b/>
                <w:bCs/>
                <w:lang w:val="es-CO"/>
              </w:rPr>
              <w:t>Convenios con entidades</w:t>
            </w:r>
            <w:r w:rsidR="00121D4E">
              <w:rPr>
                <w:b/>
                <w:bCs/>
                <w:lang w:val="es-CO"/>
              </w:rPr>
              <w:t xml:space="preserve"> </w:t>
            </w:r>
          </w:p>
          <w:p w14:paraId="08CFC49E" w14:textId="08F37047" w:rsidR="00C00B67" w:rsidRDefault="00C00B67" w:rsidP="00C00B67">
            <w:pPr>
              <w:rPr>
                <w:lang w:val="es-CO"/>
              </w:rPr>
            </w:pPr>
            <w:r>
              <w:rPr>
                <w:lang w:val="es-CO"/>
              </w:rPr>
              <w:t>Sapiencia</w:t>
            </w:r>
          </w:p>
          <w:p w14:paraId="3D53F0F3" w14:textId="13DB398C" w:rsidR="00C00B67" w:rsidRDefault="00C00B67" w:rsidP="00C00B67">
            <w:pPr>
              <w:rPr>
                <w:lang w:val="es-CO"/>
              </w:rPr>
            </w:pPr>
            <w:proofErr w:type="spellStart"/>
            <w:r>
              <w:rPr>
                <w:lang w:val="es-CO"/>
              </w:rPr>
              <w:t>Icetex</w:t>
            </w:r>
            <w:proofErr w:type="spellEnd"/>
          </w:p>
          <w:p w14:paraId="6667755E" w14:textId="0CC889C2" w:rsidR="00C00B67" w:rsidRDefault="00C00B67" w:rsidP="00C00B67">
            <w:pPr>
              <w:rPr>
                <w:lang w:val="es-CO"/>
              </w:rPr>
            </w:pPr>
            <w:r>
              <w:rPr>
                <w:lang w:val="es-CO"/>
              </w:rPr>
              <w:t>Cooperativa Bolivariana</w:t>
            </w:r>
          </w:p>
          <w:p w14:paraId="7BFD8FBF" w14:textId="341FC1CF" w:rsidR="00C00B67" w:rsidRDefault="00C00B67" w:rsidP="00C00B67">
            <w:pPr>
              <w:rPr>
                <w:lang w:val="es-CO"/>
              </w:rPr>
            </w:pPr>
            <w:r>
              <w:rPr>
                <w:lang w:val="es-CO"/>
              </w:rPr>
              <w:t>Comfama</w:t>
            </w:r>
          </w:p>
          <w:p w14:paraId="584D96C8" w14:textId="28E9618E" w:rsidR="00C00B67" w:rsidRDefault="00C00B67" w:rsidP="00C00B67">
            <w:pPr>
              <w:rPr>
                <w:lang w:val="es-CO"/>
              </w:rPr>
            </w:pPr>
            <w:proofErr w:type="spellStart"/>
            <w:r>
              <w:rPr>
                <w:lang w:val="es-CO"/>
              </w:rPr>
              <w:t>Fincomercio</w:t>
            </w:r>
            <w:proofErr w:type="spellEnd"/>
          </w:p>
          <w:p w14:paraId="50DBFD6F" w14:textId="4DFB9B9D" w:rsidR="00C00B67" w:rsidRDefault="00C00B67" w:rsidP="00C00B67">
            <w:pPr>
              <w:rPr>
                <w:lang w:val="es-CO"/>
              </w:rPr>
            </w:pPr>
            <w:r>
              <w:rPr>
                <w:lang w:val="es-CO"/>
              </w:rPr>
              <w:t>Grupo Coomeva</w:t>
            </w:r>
          </w:p>
          <w:p w14:paraId="6FF0EE4C" w14:textId="007A84E1" w:rsidR="00C00B67" w:rsidRDefault="00C00B67" w:rsidP="00C00B67">
            <w:pPr>
              <w:rPr>
                <w:lang w:val="es-CO"/>
              </w:rPr>
            </w:pPr>
            <w:proofErr w:type="spellStart"/>
            <w:r>
              <w:rPr>
                <w:lang w:val="es-CO"/>
              </w:rPr>
              <w:t>Finky</w:t>
            </w:r>
            <w:proofErr w:type="spellEnd"/>
          </w:p>
          <w:p w14:paraId="5E7658F7" w14:textId="2D47297B" w:rsidR="00C00B67" w:rsidRDefault="00C00B67" w:rsidP="00C00B67">
            <w:pPr>
              <w:rPr>
                <w:lang w:val="es-CO"/>
              </w:rPr>
            </w:pPr>
            <w:r>
              <w:rPr>
                <w:lang w:val="es-CO"/>
              </w:rPr>
              <w:t>Educación Estrella</w:t>
            </w:r>
          </w:p>
          <w:p w14:paraId="220BA382" w14:textId="77777777" w:rsidR="00C00B67" w:rsidRPr="00C00B67" w:rsidRDefault="00C00B67" w:rsidP="00C00B67">
            <w:pPr>
              <w:rPr>
                <w:lang w:val="es-CO"/>
              </w:rPr>
            </w:pPr>
          </w:p>
          <w:p w14:paraId="306A4847" w14:textId="77777777" w:rsidR="00C00B67" w:rsidRPr="00C00B67" w:rsidRDefault="00C00B67" w:rsidP="00C00B67">
            <w:pPr>
              <w:rPr>
                <w:lang w:val="es-CO"/>
              </w:rPr>
            </w:pPr>
          </w:p>
          <w:p w14:paraId="78D51AC8" w14:textId="77777777" w:rsidR="00C00B67" w:rsidRPr="00C00B67" w:rsidRDefault="00C00B67" w:rsidP="00C00B67">
            <w:pPr>
              <w:rPr>
                <w:b/>
                <w:bCs/>
                <w:lang w:val="es-CO"/>
              </w:rPr>
            </w:pPr>
            <w:r w:rsidRPr="00C00B67">
              <w:rPr>
                <w:b/>
                <w:bCs/>
                <w:lang w:val="es-CO"/>
              </w:rPr>
              <w:t>Financiación directa con la Universidad</w:t>
            </w:r>
          </w:p>
          <w:p w14:paraId="7051B761" w14:textId="77777777" w:rsidR="00C00B67" w:rsidRPr="00C00B67" w:rsidRDefault="00C00B67" w:rsidP="00C00B67">
            <w:pPr>
              <w:numPr>
                <w:ilvl w:val="0"/>
                <w:numId w:val="13"/>
              </w:numPr>
              <w:rPr>
                <w:lang w:val="es-CO"/>
              </w:rPr>
            </w:pPr>
            <w:r w:rsidRPr="00C00B67">
              <w:rPr>
                <w:lang w:val="es-CO"/>
              </w:rPr>
              <w:t>Acuerdos de pago flexibles directamente con la Universidad</w:t>
            </w:r>
          </w:p>
          <w:p w14:paraId="09F4F070" w14:textId="77777777" w:rsidR="00C00B67" w:rsidRPr="00C00B67" w:rsidRDefault="00C00B67" w:rsidP="00C00B67">
            <w:pPr>
              <w:numPr>
                <w:ilvl w:val="0"/>
                <w:numId w:val="13"/>
              </w:numPr>
              <w:rPr>
                <w:lang w:val="es-CO"/>
              </w:rPr>
            </w:pPr>
            <w:r w:rsidRPr="00C00B67">
              <w:rPr>
                <w:lang w:val="es-CO"/>
              </w:rPr>
              <w:lastRenderedPageBreak/>
              <w:t>Cuotas ajustadas al periodo académico</w:t>
            </w:r>
          </w:p>
          <w:p w14:paraId="14B8B741" w14:textId="77777777" w:rsidR="00C00B67" w:rsidRPr="00C00B67" w:rsidRDefault="00C00B67" w:rsidP="00C00B67">
            <w:pPr>
              <w:numPr>
                <w:ilvl w:val="0"/>
                <w:numId w:val="13"/>
              </w:numPr>
              <w:rPr>
                <w:lang w:val="es-CO"/>
              </w:rPr>
            </w:pPr>
            <w:r w:rsidRPr="00C00B67">
              <w:rPr>
                <w:lang w:val="es-CO"/>
              </w:rPr>
              <w:t>Proceso ágil y acompañamiento financiero personalizado</w:t>
            </w:r>
          </w:p>
          <w:p w14:paraId="340B0838" w14:textId="77777777" w:rsidR="00C00B67" w:rsidRDefault="00C00B67" w:rsidP="00C00B67">
            <w:pPr>
              <w:ind w:left="720"/>
              <w:rPr>
                <w:lang w:val="es-CO"/>
              </w:rPr>
            </w:pPr>
          </w:p>
        </w:tc>
      </w:tr>
      <w:tr w:rsidR="00C00B67" w14:paraId="4CD27982" w14:textId="77777777" w:rsidTr="00C00B67">
        <w:tc>
          <w:tcPr>
            <w:tcW w:w="4366" w:type="dxa"/>
          </w:tcPr>
          <w:p w14:paraId="5B644F14" w14:textId="77777777" w:rsidR="00C00B67" w:rsidRDefault="00C00B67">
            <w:pPr>
              <w:rPr>
                <w:lang w:val="es-CO"/>
              </w:rPr>
            </w:pPr>
          </w:p>
        </w:tc>
        <w:tc>
          <w:tcPr>
            <w:tcW w:w="4367" w:type="dxa"/>
          </w:tcPr>
          <w:p w14:paraId="323AA31C" w14:textId="77777777" w:rsidR="00C00B67" w:rsidRDefault="00C00B67">
            <w:pPr>
              <w:rPr>
                <w:lang w:val="es-CO"/>
              </w:rPr>
            </w:pPr>
          </w:p>
        </w:tc>
        <w:tc>
          <w:tcPr>
            <w:tcW w:w="4367" w:type="dxa"/>
          </w:tcPr>
          <w:p w14:paraId="2DC34C99" w14:textId="77777777" w:rsidR="00C00B67" w:rsidRDefault="00C00B67" w:rsidP="00C00B67">
            <w:pPr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t xml:space="preserve">Contáctanos: </w:t>
            </w:r>
          </w:p>
          <w:p w14:paraId="1EAA7480" w14:textId="77777777" w:rsidR="00C00B67" w:rsidRDefault="00C00B67" w:rsidP="00C00B67">
            <w:pPr>
              <w:rPr>
                <w:b/>
                <w:bCs/>
                <w:lang w:val="es-CO"/>
              </w:rPr>
            </w:pPr>
            <w:r w:rsidRPr="00C00B67">
              <w:rPr>
                <w:b/>
                <w:bCs/>
              </w:rPr>
              <w:t>PBX: (604) 5145600</w:t>
            </w:r>
            <w:r w:rsidRPr="00C00B67">
              <w:rPr>
                <w:b/>
                <w:bCs/>
              </w:rPr>
              <w:br/>
            </w:r>
            <w:hyperlink r:id="rId25" w:history="1">
              <w:r w:rsidRPr="00C00B67">
                <w:rPr>
                  <w:rStyle w:val="Hipervnculo"/>
                  <w:b/>
                  <w:bCs/>
                </w:rPr>
                <w:t>WhatsApp: 300 702 8720</w:t>
              </w:r>
            </w:hyperlink>
          </w:p>
          <w:p w14:paraId="2894DA45" w14:textId="77777777" w:rsidR="00C00B67" w:rsidRDefault="00C00B67" w:rsidP="00C00B67">
            <w:pPr>
              <w:rPr>
                <w:b/>
                <w:bCs/>
                <w:lang w:val="es-CO"/>
              </w:rPr>
            </w:pPr>
          </w:p>
          <w:p w14:paraId="0E9031C8" w14:textId="48422F19" w:rsidR="00C00B67" w:rsidRPr="00C00B67" w:rsidRDefault="00C00B67" w:rsidP="00C00B67">
            <w:pPr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t>WWW.USBMED.EDU.CO</w:t>
            </w:r>
          </w:p>
        </w:tc>
      </w:tr>
    </w:tbl>
    <w:p w14:paraId="65B4A50A" w14:textId="77777777" w:rsidR="00C00B67" w:rsidRPr="00F15451" w:rsidRDefault="00C00B67">
      <w:pPr>
        <w:rPr>
          <w:lang w:val="es-CO"/>
        </w:rPr>
      </w:pPr>
    </w:p>
    <w:sectPr w:rsidR="00C00B67" w:rsidRPr="00F15451" w:rsidSect="00CB4E37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87169F6"/>
    <w:multiLevelType w:val="multilevel"/>
    <w:tmpl w:val="8A240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355B3C"/>
    <w:multiLevelType w:val="multilevel"/>
    <w:tmpl w:val="9C04D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C01B63"/>
    <w:multiLevelType w:val="multilevel"/>
    <w:tmpl w:val="280CB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7061B1"/>
    <w:multiLevelType w:val="multilevel"/>
    <w:tmpl w:val="EF808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744304"/>
    <w:multiLevelType w:val="multilevel"/>
    <w:tmpl w:val="7D44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A05ACD"/>
    <w:multiLevelType w:val="multilevel"/>
    <w:tmpl w:val="61E03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B720B8"/>
    <w:multiLevelType w:val="multilevel"/>
    <w:tmpl w:val="B0E27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AF04E76"/>
    <w:multiLevelType w:val="multilevel"/>
    <w:tmpl w:val="9E965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6098476">
    <w:abstractNumId w:val="8"/>
  </w:num>
  <w:num w:numId="2" w16cid:durableId="993410862">
    <w:abstractNumId w:val="6"/>
  </w:num>
  <w:num w:numId="3" w16cid:durableId="624700484">
    <w:abstractNumId w:val="5"/>
  </w:num>
  <w:num w:numId="4" w16cid:durableId="1316422499">
    <w:abstractNumId w:val="4"/>
  </w:num>
  <w:num w:numId="5" w16cid:durableId="1013143681">
    <w:abstractNumId w:val="7"/>
  </w:num>
  <w:num w:numId="6" w16cid:durableId="1718552659">
    <w:abstractNumId w:val="3"/>
  </w:num>
  <w:num w:numId="7" w16cid:durableId="1972593645">
    <w:abstractNumId w:val="2"/>
  </w:num>
  <w:num w:numId="8" w16cid:durableId="1418743636">
    <w:abstractNumId w:val="1"/>
  </w:num>
  <w:num w:numId="9" w16cid:durableId="1295062319">
    <w:abstractNumId w:val="0"/>
  </w:num>
  <w:num w:numId="10" w16cid:durableId="134417702">
    <w:abstractNumId w:val="14"/>
  </w:num>
  <w:num w:numId="11" w16cid:durableId="1410466639">
    <w:abstractNumId w:val="9"/>
  </w:num>
  <w:num w:numId="12" w16cid:durableId="1045984884">
    <w:abstractNumId w:val="10"/>
  </w:num>
  <w:num w:numId="13" w16cid:durableId="1429346334">
    <w:abstractNumId w:val="16"/>
  </w:num>
  <w:num w:numId="14" w16cid:durableId="750541364">
    <w:abstractNumId w:val="11"/>
  </w:num>
  <w:num w:numId="15" w16cid:durableId="546768757">
    <w:abstractNumId w:val="13"/>
  </w:num>
  <w:num w:numId="16" w16cid:durableId="924534318">
    <w:abstractNumId w:val="15"/>
  </w:num>
  <w:num w:numId="17" w16cid:durableId="13861778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39A5"/>
    <w:rsid w:val="00097CF0"/>
    <w:rsid w:val="000D3A71"/>
    <w:rsid w:val="0011385D"/>
    <w:rsid w:val="00121D4E"/>
    <w:rsid w:val="001229C7"/>
    <w:rsid w:val="0015074B"/>
    <w:rsid w:val="001E379C"/>
    <w:rsid w:val="002063D9"/>
    <w:rsid w:val="0029639D"/>
    <w:rsid w:val="00326F90"/>
    <w:rsid w:val="003430B0"/>
    <w:rsid w:val="0045098F"/>
    <w:rsid w:val="00531976"/>
    <w:rsid w:val="00563523"/>
    <w:rsid w:val="006E1851"/>
    <w:rsid w:val="00742FE3"/>
    <w:rsid w:val="00964FA2"/>
    <w:rsid w:val="00AA1D8D"/>
    <w:rsid w:val="00B47730"/>
    <w:rsid w:val="00BE3758"/>
    <w:rsid w:val="00C00B67"/>
    <w:rsid w:val="00C875A6"/>
    <w:rsid w:val="00CB0664"/>
    <w:rsid w:val="00CB4E37"/>
    <w:rsid w:val="00D12D70"/>
    <w:rsid w:val="00EE472D"/>
    <w:rsid w:val="00F15451"/>
    <w:rsid w:val="00F24CD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41444F"/>
  <w14:defaultImageDpi w14:val="300"/>
  <w15:docId w15:val="{93AB51FD-EBFF-4853-B1DF-47D1644DA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nculo">
    <w:name w:val="Hyperlink"/>
    <w:basedOn w:val="Fuentedeprrafopredeter"/>
    <w:uiPriority w:val="99"/>
    <w:unhideWhenUsed/>
    <w:rsid w:val="00D12D70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12D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bmed.edu.co/programas/posgrados/especializacion-en-derecho-penal-y-procesal-penal" TargetMode="External"/><Relationship Id="rId13" Type="http://schemas.openxmlformats.org/officeDocument/2006/relationships/hyperlink" Target="https://usbmed.edu.co/programas/posgrados/especializacion-en-psicologia-de-la-salud-y-la-seguridad-en-el-trabajo" TargetMode="External"/><Relationship Id="rId18" Type="http://schemas.openxmlformats.org/officeDocument/2006/relationships/hyperlink" Target="https://usbmed.edu.co/programas/posgrados/maestria-en-creatividad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usbmed.edu.co/programas/posgrados/maestria-en-psicologia-clinica" TargetMode="External"/><Relationship Id="rId7" Type="http://schemas.openxmlformats.org/officeDocument/2006/relationships/hyperlink" Target="https://usbmed.edu.co/programas/posgrados/especializacion-en-gestion-de-destinos-turisticos-innovadores" TargetMode="External"/><Relationship Id="rId12" Type="http://schemas.openxmlformats.org/officeDocument/2006/relationships/hyperlink" Target="https://usbmed.edu.co/programas/posgrados/especializacion-en-diseno-y-validacion-de-instrumentos-de-medicion" TargetMode="External"/><Relationship Id="rId17" Type="http://schemas.openxmlformats.org/officeDocument/2006/relationships/hyperlink" Target="https://usbmed.edu.co/programas/posgrados/maestria-en-bioclimatica" TargetMode="External"/><Relationship Id="rId25" Type="http://schemas.openxmlformats.org/officeDocument/2006/relationships/hyperlink" Target="tel:+57315201260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usbmed.edu.co/programas/posgrados/especializacion-en-psicologia-de-los-cuidados-paliativos" TargetMode="External"/><Relationship Id="rId20" Type="http://schemas.openxmlformats.org/officeDocument/2006/relationships/hyperlink" Target="https://usbmed.edu.co/programas/posgrados/maestria-en-geoinformatica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usbmed.edu.co/programas/posgrados/especializacion-en-interventoria-y-supervision-de-proyectos-y-obras-civiles" TargetMode="External"/><Relationship Id="rId11" Type="http://schemas.openxmlformats.org/officeDocument/2006/relationships/hyperlink" Target="https://usbmed.edu.co/programas/posgrados/especializacion-en-sistemas-de-informacion-geografica" TargetMode="External"/><Relationship Id="rId24" Type="http://schemas.openxmlformats.org/officeDocument/2006/relationships/hyperlink" Target="https://usbmed.edu.co/programas/posgrados/doctorado-en-psicologi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usbmed.edu.co/programas/posgrados/especializacion-en-psicologia-de-las-organizaciones-y-del-trabajo-virtual" TargetMode="External"/><Relationship Id="rId23" Type="http://schemas.openxmlformats.org/officeDocument/2006/relationships/hyperlink" Target="https://usbmed.edu.co/programas/posgrados/doctorado-en-ciencias-de-la-educacion" TargetMode="External"/><Relationship Id="rId10" Type="http://schemas.openxmlformats.org/officeDocument/2006/relationships/hyperlink" Target="https://usbmed.edu.co/programas/posgrados/especializacion-en-gerencia-educativa-fucn" TargetMode="External"/><Relationship Id="rId19" Type="http://schemas.openxmlformats.org/officeDocument/2006/relationships/hyperlink" Target="https://usbmed.edu.co/programas/posgrados/maestria-en-ciencias-de-la-educacio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sbmed.edu.co/programas/posgrados/especializacion-en-direccion-y-gestion-educativa" TargetMode="External"/><Relationship Id="rId14" Type="http://schemas.openxmlformats.org/officeDocument/2006/relationships/hyperlink" Target="https://usbmed.edu.co/programas/posgrados/especializacion-en-psicologia-de-las-organizaciones-y-del-trabajo" TargetMode="External"/><Relationship Id="rId22" Type="http://schemas.openxmlformats.org/officeDocument/2006/relationships/hyperlink" Target="https://usbmed.edu.co/programas/posgrados/maestria-en-neuropsicologia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2690</Words>
  <Characters>14341</Characters>
  <Application>Microsoft Office Word</Application>
  <DocSecurity>0</DocSecurity>
  <Lines>717</Lines>
  <Paragraphs>327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16704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Sandra Milena Arias.</cp:lastModifiedBy>
  <cp:revision>9</cp:revision>
  <dcterms:created xsi:type="dcterms:W3CDTF">2026-04-18T23:17:00Z</dcterms:created>
  <dcterms:modified xsi:type="dcterms:W3CDTF">2026-04-18T23:21:00Z</dcterms:modified>
  <cp:category/>
</cp:coreProperties>
</file>