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C469" w14:textId="7B479BA0" w:rsidR="00407EA3" w:rsidRPr="00407EA3" w:rsidRDefault="00407EA3" w:rsidP="00407EA3">
      <w:pPr>
        <w:pStyle w:val="Ttulo1"/>
        <w:spacing w:before="0" w:line="240" w:lineRule="auto"/>
        <w:jc w:val="center"/>
        <w:rPr>
          <w:sz w:val="30"/>
          <w:szCs w:val="30"/>
          <w:lang w:val="es-CO"/>
        </w:rPr>
      </w:pPr>
      <w:r w:rsidRPr="00407EA3">
        <w:rPr>
          <w:sz w:val="30"/>
          <w:szCs w:val="30"/>
          <w:lang w:val="es-CO"/>
        </w:rPr>
        <w:t xml:space="preserve">Contenidos </w:t>
      </w:r>
      <w:r w:rsidR="009509EB" w:rsidRPr="00407EA3">
        <w:rPr>
          <w:sz w:val="30"/>
          <w:szCs w:val="30"/>
          <w:lang w:val="es-CO"/>
        </w:rPr>
        <w:t>Brochure Pregrados</w:t>
      </w:r>
    </w:p>
    <w:p w14:paraId="054D960B" w14:textId="052A53AC" w:rsidR="0014429A" w:rsidRPr="00407EA3" w:rsidRDefault="009509EB" w:rsidP="00407EA3">
      <w:pPr>
        <w:pStyle w:val="Ttulo1"/>
        <w:spacing w:before="0" w:line="240" w:lineRule="auto"/>
        <w:jc w:val="center"/>
        <w:rPr>
          <w:sz w:val="30"/>
          <w:szCs w:val="30"/>
          <w:lang w:val="es-CO"/>
        </w:rPr>
      </w:pPr>
      <w:r w:rsidRPr="00407EA3">
        <w:rPr>
          <w:sz w:val="30"/>
          <w:szCs w:val="30"/>
          <w:lang w:val="es-CO"/>
        </w:rPr>
        <w:t>Universidad de San Buenaventura Medellín</w:t>
      </w:r>
    </w:p>
    <w:p w14:paraId="0B287921" w14:textId="77777777" w:rsidR="00407EA3" w:rsidRDefault="00407EA3" w:rsidP="00407EA3">
      <w:pPr>
        <w:rPr>
          <w:sz w:val="30"/>
          <w:szCs w:val="30"/>
          <w:lang w:val="es-CO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4303"/>
        <w:gridCol w:w="4290"/>
        <w:gridCol w:w="4319"/>
      </w:tblGrid>
      <w:tr w:rsidR="00260BF1" w14:paraId="0BAE024D" w14:textId="77777777" w:rsidTr="00841EB1">
        <w:tc>
          <w:tcPr>
            <w:tcW w:w="4366" w:type="dxa"/>
          </w:tcPr>
          <w:p w14:paraId="1869FC9A" w14:textId="77777777" w:rsidR="00260BF1" w:rsidRDefault="00260BF1" w:rsidP="00841EB1">
            <w:pPr>
              <w:rPr>
                <w:lang w:val="es-CO"/>
              </w:rPr>
            </w:pPr>
            <w:r>
              <w:rPr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7080524D" w14:textId="77777777" w:rsidR="00260BF1" w:rsidRDefault="00260BF1" w:rsidP="00841EB1">
            <w:pPr>
              <w:rPr>
                <w:lang w:val="es-CO"/>
              </w:rPr>
            </w:pPr>
            <w:r>
              <w:rPr>
                <w:lang w:val="es-CO"/>
              </w:rPr>
              <w:t>PORTADA</w:t>
            </w:r>
          </w:p>
          <w:p w14:paraId="5365BAE4" w14:textId="77777777" w:rsidR="00260BF1" w:rsidRDefault="00260BF1" w:rsidP="00841EB1">
            <w:pPr>
              <w:rPr>
                <w:lang w:val="es-CO"/>
              </w:rPr>
            </w:pPr>
          </w:p>
          <w:p w14:paraId="350C700B" w14:textId="747B46A3" w:rsidR="00260BF1" w:rsidRDefault="00260BF1" w:rsidP="00260BF1">
            <w:pPr>
              <w:rPr>
                <w:lang w:val="es-CO"/>
              </w:rPr>
            </w:pPr>
          </w:p>
        </w:tc>
        <w:tc>
          <w:tcPr>
            <w:tcW w:w="4367" w:type="dxa"/>
          </w:tcPr>
          <w:p w14:paraId="39333681" w14:textId="3F31FC8D" w:rsidR="00260BF1" w:rsidRDefault="00260BF1" w:rsidP="00841EB1">
            <w:pPr>
              <w:rPr>
                <w:lang w:val="es-CO"/>
              </w:rPr>
            </w:pPr>
            <w:r w:rsidRPr="00097CF0">
              <w:rPr>
                <w:b/>
                <w:bCs/>
                <w:lang w:val="es-CO"/>
              </w:rPr>
              <w:t>P</w:t>
            </w:r>
            <w:r>
              <w:rPr>
                <w:b/>
                <w:bCs/>
                <w:lang w:val="es-CO"/>
              </w:rPr>
              <w:t>regrados</w:t>
            </w:r>
          </w:p>
          <w:p w14:paraId="5AA76F3D" w14:textId="77777777" w:rsidR="00260BF1" w:rsidRDefault="00260BF1" w:rsidP="00260BF1">
            <w:pPr>
              <w:rPr>
                <w:lang w:val="es-CO"/>
              </w:rPr>
            </w:pPr>
          </w:p>
          <w:p w14:paraId="043FD23C" w14:textId="1D3A24EE" w:rsidR="00260BF1" w:rsidRPr="00260BF1" w:rsidRDefault="00260BF1" w:rsidP="00260BF1">
            <w:pPr>
              <w:rPr>
                <w:lang w:val="es-CO"/>
              </w:rPr>
            </w:pPr>
            <w:r w:rsidRPr="00260BF1">
              <w:rPr>
                <w:lang w:val="es-CO"/>
              </w:rPr>
              <w:t>Aprender haciendo. Crecer con sentido. Proyectarte al mundo.</w:t>
            </w:r>
          </w:p>
          <w:p w14:paraId="1F70E9E4" w14:textId="77777777" w:rsidR="00260BF1" w:rsidRDefault="00260BF1" w:rsidP="00260BF1">
            <w:pPr>
              <w:rPr>
                <w:lang w:val="es-CO"/>
              </w:rPr>
            </w:pPr>
          </w:p>
          <w:p w14:paraId="56768E33" w14:textId="52944E3F" w:rsidR="00260BF1" w:rsidRDefault="00260BF1" w:rsidP="00260BF1">
            <w:pPr>
              <w:rPr>
                <w:lang w:val="es-CO"/>
              </w:rPr>
            </w:pPr>
            <w:r>
              <w:rPr>
                <w:lang w:val="es-CO"/>
              </w:rPr>
              <w:t>¡</w:t>
            </w:r>
            <w:r>
              <w:rPr>
                <w:lang w:val="es-CO"/>
              </w:rPr>
              <w:t>Caminamos juntos para transformarnos</w:t>
            </w:r>
            <w:r>
              <w:rPr>
                <w:lang w:val="es-CO"/>
              </w:rPr>
              <w:t>!</w:t>
            </w:r>
          </w:p>
          <w:p w14:paraId="4A6E7C93" w14:textId="77777777" w:rsidR="00260BF1" w:rsidRDefault="00260BF1" w:rsidP="00260BF1">
            <w:pPr>
              <w:rPr>
                <w:lang w:val="es-CO"/>
              </w:rPr>
            </w:pPr>
          </w:p>
        </w:tc>
      </w:tr>
      <w:tr w:rsidR="00260BF1" w14:paraId="4EB33847" w14:textId="77777777" w:rsidTr="00841EB1">
        <w:tc>
          <w:tcPr>
            <w:tcW w:w="4366" w:type="dxa"/>
          </w:tcPr>
          <w:p w14:paraId="2D9AF0DB" w14:textId="77777777" w:rsidR="00260BF1" w:rsidRDefault="00260BF1" w:rsidP="00841EB1">
            <w:pPr>
              <w:rPr>
                <w:lang w:val="es-CO"/>
              </w:rPr>
            </w:pPr>
            <w:r>
              <w:rPr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2C16D3D5" w14:textId="77777777" w:rsidR="00260BF1" w:rsidRDefault="00260BF1" w:rsidP="00841EB1">
            <w:pPr>
              <w:rPr>
                <w:lang w:val="es-CO"/>
              </w:rPr>
            </w:pPr>
            <w:r>
              <w:rPr>
                <w:lang w:val="es-CO"/>
              </w:rPr>
              <w:t>SEGUNDA HOJA</w:t>
            </w:r>
          </w:p>
        </w:tc>
        <w:tc>
          <w:tcPr>
            <w:tcW w:w="4367" w:type="dxa"/>
          </w:tcPr>
          <w:p w14:paraId="2898B144" w14:textId="2DA77CEF" w:rsidR="00260BF1" w:rsidRDefault="00260BF1" w:rsidP="00260BF1">
            <w:pPr>
              <w:rPr>
                <w:b/>
                <w:bCs/>
                <w:lang w:val="es-CO"/>
              </w:rPr>
            </w:pPr>
            <w:r w:rsidRPr="00260BF1">
              <w:rPr>
                <w:b/>
                <w:bCs/>
                <w:lang w:val="es-CO"/>
              </w:rPr>
              <w:t xml:space="preserve">¿Por qué </w:t>
            </w:r>
            <w:r>
              <w:rPr>
                <w:b/>
                <w:bCs/>
                <w:lang w:val="es-CO"/>
              </w:rPr>
              <w:t>estudiar con nosotros</w:t>
            </w:r>
            <w:r w:rsidRPr="00260BF1">
              <w:rPr>
                <w:b/>
                <w:bCs/>
                <w:lang w:val="es-CO"/>
              </w:rPr>
              <w:t>?</w:t>
            </w:r>
          </w:p>
          <w:p w14:paraId="028F15CF" w14:textId="77777777" w:rsidR="00260BF1" w:rsidRPr="00260BF1" w:rsidRDefault="00260BF1" w:rsidP="00260BF1">
            <w:pPr>
              <w:rPr>
                <w:b/>
                <w:bCs/>
                <w:lang w:val="es-CO"/>
              </w:rPr>
            </w:pPr>
          </w:p>
          <w:p w14:paraId="04D53EBF" w14:textId="77777777" w:rsidR="00260BF1" w:rsidRPr="00260BF1" w:rsidRDefault="00260BF1" w:rsidP="00260BF1">
            <w:pPr>
              <w:rPr>
                <w:lang w:val="es-CO"/>
              </w:rPr>
            </w:pPr>
            <w:r w:rsidRPr="00260BF1">
              <w:rPr>
                <w:lang w:val="es-CO"/>
              </w:rPr>
              <w:t>Porque aquí tu formación sí marca la diferencia.</w:t>
            </w:r>
          </w:p>
          <w:p w14:paraId="03D4CBFB" w14:textId="77777777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Acreditación Institucional de Alta Calidad Multicampus</w:t>
            </w:r>
          </w:p>
          <w:p w14:paraId="45439B4A" w14:textId="1D6250B4" w:rsidR="006A1488" w:rsidRDefault="006A1488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>
              <w:rPr>
                <w:lang w:val="es-CO"/>
              </w:rPr>
              <w:t>Instalaciones campestres</w:t>
            </w:r>
          </w:p>
          <w:p w14:paraId="15A1FE34" w14:textId="5CA51C82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Programas únicos y con proyección real</w:t>
            </w:r>
          </w:p>
          <w:p w14:paraId="02A1D634" w14:textId="77777777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Formación integral con enfoque humano</w:t>
            </w:r>
          </w:p>
          <w:p w14:paraId="15A33D0B" w14:textId="77777777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Docentes expertos y cercanos</w:t>
            </w:r>
          </w:p>
          <w:p w14:paraId="326992A9" w14:textId="77777777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Aprendizaje práctico y laboratorios especializados</w:t>
            </w:r>
          </w:p>
          <w:p w14:paraId="172C28B3" w14:textId="77777777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Experiencias internacionales y dobles titulaciones</w:t>
            </w:r>
          </w:p>
          <w:p w14:paraId="14222390" w14:textId="77777777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Vínculo real con empresa, Estado y sociedad</w:t>
            </w:r>
          </w:p>
          <w:p w14:paraId="4E39EAEA" w14:textId="642738D4" w:rsidR="00260BF1" w:rsidRPr="00260BF1" w:rsidRDefault="00260BF1" w:rsidP="00260BF1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260BF1">
              <w:rPr>
                <w:lang w:val="es-CO"/>
              </w:rPr>
              <w:t>Bolsa de empleo institucional</w:t>
            </w:r>
          </w:p>
          <w:p w14:paraId="7BA062B5" w14:textId="77777777" w:rsidR="00260BF1" w:rsidRPr="00260BF1" w:rsidRDefault="00260BF1" w:rsidP="00260BF1">
            <w:pPr>
              <w:ind w:left="720"/>
              <w:rPr>
                <w:lang w:val="es-CO"/>
              </w:rPr>
            </w:pPr>
          </w:p>
          <w:p w14:paraId="7CBAF831" w14:textId="77777777" w:rsidR="00260BF1" w:rsidRPr="00260BF1" w:rsidRDefault="00260BF1" w:rsidP="00260BF1">
            <w:pPr>
              <w:rPr>
                <w:lang w:val="es-CO"/>
              </w:rPr>
            </w:pPr>
            <w:r w:rsidRPr="00260BF1">
              <w:rPr>
                <w:lang w:val="es-CO"/>
              </w:rPr>
              <w:lastRenderedPageBreak/>
              <w:t>Aquí te formas con calidad, propósito y futuro.</w:t>
            </w:r>
          </w:p>
          <w:p w14:paraId="1FE5D1ED" w14:textId="77777777" w:rsidR="00260BF1" w:rsidRDefault="00260BF1" w:rsidP="00841EB1">
            <w:pPr>
              <w:rPr>
                <w:lang w:val="es-CO"/>
              </w:rPr>
            </w:pPr>
          </w:p>
        </w:tc>
      </w:tr>
      <w:tr w:rsidR="00260BF1" w:rsidRPr="00C00B67" w14:paraId="1B355592" w14:textId="77777777" w:rsidTr="00841EB1">
        <w:tc>
          <w:tcPr>
            <w:tcW w:w="4366" w:type="dxa"/>
          </w:tcPr>
          <w:p w14:paraId="4C82EB10" w14:textId="77777777" w:rsidR="00260BF1" w:rsidRDefault="00260BF1" w:rsidP="00841EB1">
            <w:pPr>
              <w:rPr>
                <w:lang w:val="es-CO"/>
              </w:rPr>
            </w:pPr>
            <w:r>
              <w:rPr>
                <w:lang w:val="es-CO"/>
              </w:rPr>
              <w:lastRenderedPageBreak/>
              <w:t>INSTITUCIONAL</w:t>
            </w:r>
          </w:p>
        </w:tc>
        <w:tc>
          <w:tcPr>
            <w:tcW w:w="4367" w:type="dxa"/>
          </w:tcPr>
          <w:p w14:paraId="55809489" w14:textId="77777777" w:rsidR="00260BF1" w:rsidRDefault="00260BF1" w:rsidP="00841EB1">
            <w:pPr>
              <w:rPr>
                <w:lang w:val="es-CO"/>
              </w:rPr>
            </w:pPr>
            <w:r>
              <w:rPr>
                <w:lang w:val="es-CO"/>
              </w:rPr>
              <w:t>ÍNDICE</w:t>
            </w:r>
          </w:p>
        </w:tc>
        <w:tc>
          <w:tcPr>
            <w:tcW w:w="4367" w:type="dxa"/>
          </w:tcPr>
          <w:p w14:paraId="36C7188D" w14:textId="77777777" w:rsidR="00D81099" w:rsidRPr="00D81099" w:rsidRDefault="00D81099" w:rsidP="00D81099">
            <w:pPr>
              <w:rPr>
                <w:b/>
                <w:bCs/>
                <w:lang w:val="es-CO"/>
              </w:rPr>
            </w:pPr>
            <w:r w:rsidRPr="00D81099">
              <w:rPr>
                <w:b/>
                <w:bCs/>
                <w:lang w:val="es-CO"/>
              </w:rPr>
              <w:t>TÉCNICAS LABORALES</w:t>
            </w:r>
          </w:p>
          <w:p w14:paraId="0F0598B1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Avalúos y Tasaciones de Bienes Urbanos y Rurales</w:t>
            </w:r>
          </w:p>
          <w:p w14:paraId="55FB38B5" w14:textId="77777777" w:rsidR="00D81099" w:rsidRPr="00D81099" w:rsidRDefault="00D81099" w:rsidP="00D81099">
            <w:pPr>
              <w:rPr>
                <w:b/>
                <w:bCs/>
                <w:lang w:val="es-CO"/>
              </w:rPr>
            </w:pPr>
          </w:p>
          <w:p w14:paraId="64BF6C01" w14:textId="77777777" w:rsidR="00D81099" w:rsidRPr="00D81099" w:rsidRDefault="00D81099" w:rsidP="00D81099">
            <w:pPr>
              <w:rPr>
                <w:b/>
                <w:bCs/>
                <w:lang w:val="es-CO"/>
              </w:rPr>
            </w:pPr>
            <w:r w:rsidRPr="00D81099">
              <w:rPr>
                <w:b/>
                <w:bCs/>
                <w:lang w:val="es-CO"/>
              </w:rPr>
              <w:t>TÉCNICAS PROFESIONALES</w:t>
            </w:r>
          </w:p>
          <w:p w14:paraId="1E9F5AED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Montaje Escénico</w:t>
            </w:r>
          </w:p>
          <w:p w14:paraId="080017A2" w14:textId="77777777" w:rsidR="00D81099" w:rsidRPr="00D81099" w:rsidRDefault="00D81099" w:rsidP="00D81099">
            <w:pPr>
              <w:rPr>
                <w:b/>
                <w:bCs/>
                <w:lang w:val="es-CO"/>
              </w:rPr>
            </w:pPr>
          </w:p>
          <w:p w14:paraId="626FF389" w14:textId="77777777" w:rsidR="00D81099" w:rsidRPr="00D81099" w:rsidRDefault="00D81099" w:rsidP="00D81099">
            <w:pPr>
              <w:rPr>
                <w:b/>
                <w:bCs/>
                <w:lang w:val="es-CO"/>
              </w:rPr>
            </w:pPr>
            <w:r w:rsidRPr="00D81099">
              <w:rPr>
                <w:b/>
                <w:bCs/>
                <w:lang w:val="es-CO"/>
              </w:rPr>
              <w:t>TECNOLOGÍAS</w:t>
            </w:r>
          </w:p>
          <w:p w14:paraId="7BDECCDF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Entrenamiento Deportivo</w:t>
            </w:r>
          </w:p>
          <w:p w14:paraId="5FF23315" w14:textId="77777777" w:rsidR="00D81099" w:rsidRPr="00D81099" w:rsidRDefault="00D81099" w:rsidP="00D81099">
            <w:pPr>
              <w:rPr>
                <w:b/>
                <w:bCs/>
                <w:lang w:val="es-CO"/>
              </w:rPr>
            </w:pPr>
          </w:p>
          <w:p w14:paraId="2D667BC0" w14:textId="3C087C9D" w:rsidR="00D81099" w:rsidRPr="00D81099" w:rsidRDefault="00D81099" w:rsidP="00D81099">
            <w:pPr>
              <w:rPr>
                <w:b/>
                <w:bCs/>
                <w:lang w:val="es-CO"/>
              </w:rPr>
            </w:pPr>
            <w:r w:rsidRPr="00D81099">
              <w:rPr>
                <w:b/>
                <w:bCs/>
                <w:lang w:val="es-CO"/>
              </w:rPr>
              <w:t xml:space="preserve">PROFESIONALES </w:t>
            </w:r>
          </w:p>
          <w:p w14:paraId="6E9EC716" w14:textId="77777777" w:rsid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Arquitectura</w:t>
            </w:r>
          </w:p>
          <w:p w14:paraId="67F14A14" w14:textId="28590E54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>
              <w:rPr>
                <w:lang w:val="es-CO"/>
              </w:rPr>
              <w:t>Diseño Industrial</w:t>
            </w:r>
          </w:p>
          <w:p w14:paraId="4FA64E97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Administración de Negocios</w:t>
            </w:r>
          </w:p>
          <w:p w14:paraId="3D16BC6F" w14:textId="77777777" w:rsid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Contaduría Pública</w:t>
            </w:r>
          </w:p>
          <w:p w14:paraId="77734535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Negocios Internacionales</w:t>
            </w:r>
          </w:p>
          <w:p w14:paraId="1A1746C9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Derecho</w:t>
            </w:r>
          </w:p>
          <w:p w14:paraId="1E5A19BD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Educación Física y Deporte</w:t>
            </w:r>
          </w:p>
          <w:p w14:paraId="019A372A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Educación Infantil</w:t>
            </w:r>
          </w:p>
          <w:p w14:paraId="2C47BC8D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Creación de Contenidos Digitales</w:t>
            </w:r>
          </w:p>
          <w:p w14:paraId="7DAB9ACB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Ingeniería Ambiental</w:t>
            </w:r>
          </w:p>
          <w:p w14:paraId="3B5E64FE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Ingeniería de Datos y Software</w:t>
            </w:r>
          </w:p>
          <w:p w14:paraId="2F5538DE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Ingeniería de Sistemas Cibernéticos</w:t>
            </w:r>
          </w:p>
          <w:p w14:paraId="73737942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Ingeniería Industrial</w:t>
            </w:r>
          </w:p>
          <w:p w14:paraId="2FFFC64C" w14:textId="77777777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Ingeniería Multimedia</w:t>
            </w:r>
          </w:p>
          <w:p w14:paraId="02672C0D" w14:textId="77777777" w:rsid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 w:rsidRPr="00D81099">
              <w:rPr>
                <w:lang w:val="es-CO"/>
              </w:rPr>
              <w:t>Ingeniería de Sonido</w:t>
            </w:r>
          </w:p>
          <w:p w14:paraId="3B466893" w14:textId="101E8554" w:rsidR="00D81099" w:rsidRPr="00D81099" w:rsidRDefault="00D81099" w:rsidP="00D81099">
            <w:pPr>
              <w:pStyle w:val="Prrafodelista"/>
              <w:numPr>
                <w:ilvl w:val="0"/>
                <w:numId w:val="18"/>
              </w:numPr>
              <w:rPr>
                <w:lang w:val="es-CO"/>
              </w:rPr>
            </w:pPr>
            <w:r>
              <w:rPr>
                <w:lang w:val="es-CO"/>
              </w:rPr>
              <w:t>Psicología</w:t>
            </w:r>
          </w:p>
          <w:p w14:paraId="730B7FDE" w14:textId="77777777" w:rsidR="00D81099" w:rsidRPr="00D81099" w:rsidRDefault="00D81099" w:rsidP="00D81099">
            <w:pPr>
              <w:rPr>
                <w:b/>
                <w:bCs/>
                <w:lang w:val="es-CO"/>
              </w:rPr>
            </w:pPr>
          </w:p>
        </w:tc>
      </w:tr>
    </w:tbl>
    <w:p w14:paraId="649DEBAC" w14:textId="77777777" w:rsidR="00260BF1" w:rsidRDefault="00260BF1" w:rsidP="00407EA3">
      <w:pPr>
        <w:rPr>
          <w:sz w:val="30"/>
          <w:szCs w:val="30"/>
          <w:lang w:val="es-CO"/>
        </w:rPr>
      </w:pPr>
    </w:p>
    <w:p w14:paraId="4DCACE5C" w14:textId="54D353A4" w:rsidR="004B3D7B" w:rsidRDefault="000B6594" w:rsidP="00407EA3">
      <w:pPr>
        <w:rPr>
          <w:b/>
          <w:bCs/>
          <w:color w:val="C00000"/>
          <w:sz w:val="30"/>
          <w:szCs w:val="30"/>
          <w:lang w:val="es-CO"/>
        </w:rPr>
      </w:pPr>
      <w:r w:rsidRPr="000B6594">
        <w:rPr>
          <w:b/>
          <w:bCs/>
          <w:color w:val="C00000"/>
          <w:sz w:val="30"/>
          <w:szCs w:val="30"/>
          <w:lang w:val="es-CO"/>
        </w:rPr>
        <w:lastRenderedPageBreak/>
        <w:t>Técnicas Laborales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357"/>
        <w:gridCol w:w="3111"/>
        <w:gridCol w:w="7482"/>
      </w:tblGrid>
      <w:tr w:rsidR="004B3D7B" w:rsidRPr="00407EA3" w14:paraId="7F9E02CA" w14:textId="77777777" w:rsidTr="00841EB1">
        <w:tc>
          <w:tcPr>
            <w:tcW w:w="2357" w:type="dxa"/>
          </w:tcPr>
          <w:p w14:paraId="73A235CA" w14:textId="77777777" w:rsidR="004B3D7B" w:rsidRDefault="004B3D7B" w:rsidP="00841EB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Facultad</w:t>
            </w:r>
          </w:p>
        </w:tc>
        <w:tc>
          <w:tcPr>
            <w:tcW w:w="3111" w:type="dxa"/>
          </w:tcPr>
          <w:p w14:paraId="30F675F4" w14:textId="77777777" w:rsidR="004B3D7B" w:rsidRPr="00407EA3" w:rsidRDefault="004B3D7B" w:rsidP="00841EB1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Programa</w:t>
            </w:r>
          </w:p>
        </w:tc>
        <w:tc>
          <w:tcPr>
            <w:tcW w:w="7482" w:type="dxa"/>
          </w:tcPr>
          <w:p w14:paraId="7A17D6F2" w14:textId="77777777" w:rsidR="004B3D7B" w:rsidRPr="00407EA3" w:rsidRDefault="004B3D7B" w:rsidP="00841EB1">
            <w:pPr>
              <w:rPr>
                <w:lang w:val="es-CO"/>
              </w:rPr>
            </w:pPr>
            <w:r w:rsidRPr="00407EA3">
              <w:rPr>
                <w:b/>
                <w:bCs/>
                <w:lang w:val="es-CO"/>
              </w:rPr>
              <w:t>Contenido</w:t>
            </w:r>
          </w:p>
        </w:tc>
      </w:tr>
      <w:tr w:rsidR="004B3D7B" w:rsidRPr="00407EA3" w14:paraId="6421CA73" w14:textId="77777777" w:rsidTr="00841EB1">
        <w:tc>
          <w:tcPr>
            <w:tcW w:w="2357" w:type="dxa"/>
          </w:tcPr>
          <w:p w14:paraId="6BDDE967" w14:textId="77777777" w:rsidR="004B3D7B" w:rsidRPr="00407EA3" w:rsidRDefault="004B3D7B" w:rsidP="00841EB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ARTES INTEGRADAS</w:t>
            </w:r>
          </w:p>
        </w:tc>
        <w:tc>
          <w:tcPr>
            <w:tcW w:w="3111" w:type="dxa"/>
          </w:tcPr>
          <w:p w14:paraId="3B501585" w14:textId="77777777" w:rsidR="004B3D7B" w:rsidRPr="00407EA3" w:rsidRDefault="004B3D7B" w:rsidP="00841EB1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Técnica Laboral en Avalúos y Tasaciones de Bienes Urbanos y Rurales</w:t>
            </w:r>
          </w:p>
          <w:p w14:paraId="0A5667F6" w14:textId="77777777" w:rsidR="004B3D7B" w:rsidRPr="00407EA3" w:rsidRDefault="004B3D7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1 año</w:t>
            </w:r>
          </w:p>
        </w:tc>
        <w:tc>
          <w:tcPr>
            <w:tcW w:w="7482" w:type="dxa"/>
          </w:tcPr>
          <w:p w14:paraId="2FDEF746" w14:textId="77777777" w:rsidR="004B3D7B" w:rsidRDefault="004B3D7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t>Valorar el territorio también construye confianza.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Aprendes a determinar el valor real de bienes inmuebles con rigor técnico y sentido social. Participas en procesos de compraventa, proyectos de infraestructura y gestión territorial, bajo una metodología aprender‑haciendo que te conecta directamente con el sector inmobiliario y público.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¡Valora el territorio y transforma decisiones!</w:t>
            </w:r>
          </w:p>
          <w:p w14:paraId="17C10708" w14:textId="77777777" w:rsidR="004B3D7B" w:rsidRDefault="004B3D7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6" w:history="1">
              <w:r w:rsidRPr="00F66CC0">
                <w:rPr>
                  <w:rStyle w:val="Hipervnculo"/>
                  <w:lang w:val="es-CO"/>
                </w:rPr>
                <w:t>https://usbmed.edu.co/programas/tecnicos-laborales/avaluos-y-tasaciones-de-bienes-inmuebles-urbanos-y-rurales</w:t>
              </w:r>
            </w:hyperlink>
          </w:p>
          <w:p w14:paraId="63378623" w14:textId="77777777" w:rsidR="004B3D7B" w:rsidRPr="00407EA3" w:rsidRDefault="004B3D7B" w:rsidP="00841EB1">
            <w:pPr>
              <w:rPr>
                <w:lang w:val="es-CO"/>
              </w:rPr>
            </w:pPr>
          </w:p>
        </w:tc>
      </w:tr>
    </w:tbl>
    <w:p w14:paraId="111C5E4A" w14:textId="77777777" w:rsidR="004B3D7B" w:rsidRDefault="004B3D7B" w:rsidP="00407EA3">
      <w:pPr>
        <w:rPr>
          <w:b/>
          <w:bCs/>
          <w:color w:val="C00000"/>
          <w:sz w:val="30"/>
          <w:szCs w:val="30"/>
          <w:lang w:val="es-CO"/>
        </w:rPr>
      </w:pPr>
    </w:p>
    <w:p w14:paraId="2E95E51E" w14:textId="35D01243" w:rsidR="004B3D7B" w:rsidRDefault="004B3D7B" w:rsidP="004B3D7B">
      <w:pPr>
        <w:rPr>
          <w:b/>
          <w:bCs/>
          <w:color w:val="C00000"/>
          <w:sz w:val="30"/>
          <w:szCs w:val="30"/>
          <w:lang w:val="es-CO"/>
        </w:rPr>
      </w:pPr>
      <w:r w:rsidRPr="000B6594">
        <w:rPr>
          <w:b/>
          <w:bCs/>
          <w:color w:val="C00000"/>
          <w:sz w:val="30"/>
          <w:szCs w:val="30"/>
          <w:lang w:val="es-CO"/>
        </w:rPr>
        <w:t xml:space="preserve">Técnicas </w:t>
      </w:r>
      <w:r>
        <w:rPr>
          <w:b/>
          <w:bCs/>
          <w:color w:val="C00000"/>
          <w:sz w:val="30"/>
          <w:szCs w:val="30"/>
          <w:lang w:val="es-CO"/>
        </w:rPr>
        <w:t xml:space="preserve">Profesionales 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357"/>
        <w:gridCol w:w="3111"/>
        <w:gridCol w:w="7482"/>
      </w:tblGrid>
      <w:tr w:rsidR="004B3D7B" w:rsidRPr="00407EA3" w14:paraId="16E54FE1" w14:textId="77777777" w:rsidTr="00841EB1">
        <w:tc>
          <w:tcPr>
            <w:tcW w:w="2357" w:type="dxa"/>
          </w:tcPr>
          <w:p w14:paraId="0739C7B9" w14:textId="77777777" w:rsidR="004B3D7B" w:rsidRPr="00407EA3" w:rsidRDefault="004B3D7B" w:rsidP="00841EB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ARTES INTEGRADAS</w:t>
            </w:r>
          </w:p>
        </w:tc>
        <w:tc>
          <w:tcPr>
            <w:tcW w:w="3111" w:type="dxa"/>
          </w:tcPr>
          <w:p w14:paraId="4EAFCADD" w14:textId="77777777" w:rsidR="004B3D7B" w:rsidRPr="00407EA3" w:rsidRDefault="004B3D7B" w:rsidP="00841EB1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Técnica Profesional en Montaje Escénico</w:t>
            </w:r>
          </w:p>
          <w:p w14:paraId="49066523" w14:textId="77777777" w:rsidR="004B3D7B" w:rsidRDefault="004B3D7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117725 / Res. MEN 001291 del 31/01/2025 (Vigencia: 7 años)</w:t>
            </w:r>
          </w:p>
          <w:p w14:paraId="1562DC4A" w14:textId="77777777" w:rsidR="004B3D7B" w:rsidRPr="00407EA3" w:rsidRDefault="004B3D7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Duración: 4 semestres</w:t>
            </w:r>
          </w:p>
        </w:tc>
        <w:tc>
          <w:tcPr>
            <w:tcW w:w="7482" w:type="dxa"/>
          </w:tcPr>
          <w:p w14:paraId="0CA9BDEE" w14:textId="77777777" w:rsidR="004B3D7B" w:rsidRDefault="004B3D7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t>Cada espacio puede convertirse en una experiencia.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Desarrollas competencias para planear, producir y montar escenografías en artes, eventos y producciones audiovisuales. Trabajas de forma interdisciplinaria, con enfoque creativo y sostenible, accediendo además a rutas de homologación hacia programas profesionales que amplían tu proyección académica y laboral.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¡Convierte ideas en montajes inolvidables!</w:t>
            </w:r>
          </w:p>
          <w:p w14:paraId="66E80C08" w14:textId="77777777" w:rsidR="004B3D7B" w:rsidRDefault="004B3D7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7" w:history="1">
              <w:r w:rsidRPr="00F66CC0">
                <w:rPr>
                  <w:rStyle w:val="Hipervnculo"/>
                  <w:lang w:val="es-CO"/>
                </w:rPr>
                <w:t>https://usbmed.edu.co/programas/tecnicos-laborales/tecnica-profesional-en-montaje-escenico</w:t>
              </w:r>
            </w:hyperlink>
          </w:p>
          <w:p w14:paraId="6F226E10" w14:textId="77777777" w:rsidR="004B3D7B" w:rsidRPr="00407EA3" w:rsidRDefault="004B3D7B" w:rsidP="00841EB1">
            <w:pPr>
              <w:rPr>
                <w:lang w:val="es-CO"/>
              </w:rPr>
            </w:pPr>
          </w:p>
        </w:tc>
      </w:tr>
    </w:tbl>
    <w:p w14:paraId="78E86A0F" w14:textId="77777777" w:rsidR="004B3D7B" w:rsidRDefault="004B3D7B" w:rsidP="004B3D7B">
      <w:pPr>
        <w:rPr>
          <w:b/>
          <w:bCs/>
          <w:color w:val="C00000"/>
          <w:sz w:val="30"/>
          <w:szCs w:val="30"/>
          <w:lang w:val="es-CO"/>
        </w:rPr>
      </w:pPr>
    </w:p>
    <w:p w14:paraId="6E2B22AD" w14:textId="26367639" w:rsidR="0019390B" w:rsidRDefault="0019390B" w:rsidP="004B3D7B">
      <w:pPr>
        <w:rPr>
          <w:b/>
          <w:bCs/>
          <w:color w:val="C00000"/>
          <w:sz w:val="30"/>
          <w:szCs w:val="30"/>
          <w:lang w:val="es-CO"/>
        </w:rPr>
      </w:pPr>
      <w:r>
        <w:rPr>
          <w:b/>
          <w:bCs/>
          <w:color w:val="C00000"/>
          <w:sz w:val="30"/>
          <w:szCs w:val="30"/>
          <w:lang w:val="es-CO"/>
        </w:rPr>
        <w:t>Tecnologías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357"/>
        <w:gridCol w:w="3111"/>
        <w:gridCol w:w="7482"/>
      </w:tblGrid>
      <w:tr w:rsidR="0019390B" w:rsidRPr="00407EA3" w14:paraId="30EA56AE" w14:textId="77777777" w:rsidTr="00841EB1">
        <w:tc>
          <w:tcPr>
            <w:tcW w:w="2357" w:type="dxa"/>
          </w:tcPr>
          <w:p w14:paraId="12E0E949" w14:textId="77777777" w:rsidR="0019390B" w:rsidRPr="00407EA3" w:rsidRDefault="0019390B" w:rsidP="00841EB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EDUCACIÓN</w:t>
            </w:r>
          </w:p>
        </w:tc>
        <w:tc>
          <w:tcPr>
            <w:tcW w:w="3111" w:type="dxa"/>
          </w:tcPr>
          <w:p w14:paraId="596247CC" w14:textId="77777777" w:rsidR="0019390B" w:rsidRPr="00407EA3" w:rsidRDefault="0019390B" w:rsidP="00841EB1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Tecnología en Entrenamiento Deportivo</w:t>
            </w:r>
          </w:p>
          <w:p w14:paraId="2A693261" w14:textId="77777777" w:rsidR="0019390B" w:rsidRDefault="0019390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102649 / Res. MEN 10395 del 24/06/2020 (Vigencia: 7 años)</w:t>
            </w:r>
          </w:p>
          <w:p w14:paraId="20BE81D7" w14:textId="77777777" w:rsidR="0019390B" w:rsidRPr="00407EA3" w:rsidRDefault="0019390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6 semestres</w:t>
            </w:r>
          </w:p>
        </w:tc>
        <w:tc>
          <w:tcPr>
            <w:tcW w:w="7482" w:type="dxa"/>
          </w:tcPr>
          <w:p w14:paraId="4787DD56" w14:textId="77777777" w:rsidR="0019390B" w:rsidRDefault="0019390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t>Entrenar también es educar con propósito.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Te formas en un campus con escenarios deportivos de alto nivel: coliseo, piscina olímpica, gimnasio y laboratorios especializados. Diseñas, ejecutas y evalúas procesos de entrenamiento desde una mirada pedagógica y humana, con encadenamiento directo hacia licenciaturas.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¡Entrena, educa y deja huella!</w:t>
            </w:r>
          </w:p>
          <w:p w14:paraId="424309FA" w14:textId="77777777" w:rsidR="0019390B" w:rsidRDefault="0019390B" w:rsidP="00841EB1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8" w:history="1">
              <w:r w:rsidRPr="00F66CC0">
                <w:rPr>
                  <w:rStyle w:val="Hipervnculo"/>
                  <w:lang w:val="es-CO"/>
                </w:rPr>
                <w:t>https://usbmed.edu.co/programas/pregrados/tecnologia-en-entrenamiento-deportivo</w:t>
              </w:r>
            </w:hyperlink>
          </w:p>
          <w:p w14:paraId="20E29E94" w14:textId="77777777" w:rsidR="0019390B" w:rsidRPr="00407EA3" w:rsidRDefault="0019390B" w:rsidP="00841EB1">
            <w:pPr>
              <w:rPr>
                <w:lang w:val="es-CO"/>
              </w:rPr>
            </w:pPr>
          </w:p>
        </w:tc>
      </w:tr>
    </w:tbl>
    <w:p w14:paraId="7480F917" w14:textId="77777777" w:rsidR="0019390B" w:rsidRDefault="0019390B" w:rsidP="004B3D7B">
      <w:pPr>
        <w:rPr>
          <w:b/>
          <w:bCs/>
          <w:color w:val="C00000"/>
          <w:sz w:val="30"/>
          <w:szCs w:val="30"/>
          <w:lang w:val="es-CO"/>
        </w:rPr>
      </w:pPr>
    </w:p>
    <w:p w14:paraId="21031540" w14:textId="70B6F964" w:rsidR="0019390B" w:rsidRDefault="0019390B" w:rsidP="0019390B">
      <w:pPr>
        <w:rPr>
          <w:b/>
          <w:bCs/>
          <w:color w:val="C00000"/>
          <w:sz w:val="30"/>
          <w:szCs w:val="30"/>
          <w:lang w:val="es-CO"/>
        </w:rPr>
      </w:pPr>
      <w:r>
        <w:rPr>
          <w:b/>
          <w:bCs/>
          <w:color w:val="C00000"/>
          <w:sz w:val="30"/>
          <w:szCs w:val="30"/>
          <w:lang w:val="es-CO"/>
        </w:rPr>
        <w:t>Proramas profesionales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357"/>
        <w:gridCol w:w="3111"/>
        <w:gridCol w:w="7482"/>
      </w:tblGrid>
      <w:tr w:rsidR="000B6594" w:rsidRPr="00407EA3" w14:paraId="30F2B6AF" w14:textId="77777777" w:rsidTr="00474AEF">
        <w:tc>
          <w:tcPr>
            <w:tcW w:w="2357" w:type="dxa"/>
          </w:tcPr>
          <w:p w14:paraId="1595E1F4" w14:textId="17FD29C9" w:rsidR="000B6594" w:rsidRPr="00407EA3" w:rsidRDefault="000B6594" w:rsidP="000B6594">
            <w:pPr>
              <w:rPr>
                <w:b/>
                <w:bCs/>
                <w:lang w:val="es-CO"/>
              </w:rPr>
            </w:pPr>
          </w:p>
        </w:tc>
        <w:tc>
          <w:tcPr>
            <w:tcW w:w="3111" w:type="dxa"/>
          </w:tcPr>
          <w:p w14:paraId="2DFCA8AD" w14:textId="4EE3E60C" w:rsidR="000B6594" w:rsidRPr="00407EA3" w:rsidRDefault="000B6594" w:rsidP="000B6594">
            <w:pPr>
              <w:rPr>
                <w:lang w:val="es-CO"/>
              </w:rPr>
            </w:pPr>
          </w:p>
        </w:tc>
        <w:tc>
          <w:tcPr>
            <w:tcW w:w="7482" w:type="dxa"/>
          </w:tcPr>
          <w:p w14:paraId="50DFB369" w14:textId="7EE5E514" w:rsidR="000B6594" w:rsidRPr="00407EA3" w:rsidRDefault="000B6594" w:rsidP="000B6594">
            <w:pPr>
              <w:rPr>
                <w:lang w:val="es-CO"/>
              </w:rPr>
            </w:pPr>
          </w:p>
        </w:tc>
      </w:tr>
      <w:tr w:rsidR="00E712D4" w:rsidRPr="00407EA3" w14:paraId="51A226AB" w14:textId="77777777" w:rsidTr="00474AEF">
        <w:tc>
          <w:tcPr>
            <w:tcW w:w="2357" w:type="dxa"/>
          </w:tcPr>
          <w:p w14:paraId="3B7D1E08" w14:textId="670F9AA3" w:rsidR="00E712D4" w:rsidRDefault="00E712D4" w:rsidP="00E712D4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ARTES INTEGRADAS</w:t>
            </w:r>
          </w:p>
        </w:tc>
        <w:tc>
          <w:tcPr>
            <w:tcW w:w="3111" w:type="dxa"/>
          </w:tcPr>
          <w:p w14:paraId="5CAC4053" w14:textId="77777777" w:rsidR="00E712D4" w:rsidRPr="00407EA3" w:rsidRDefault="00E712D4" w:rsidP="00E712D4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Arquitectura</w:t>
            </w:r>
          </w:p>
          <w:p w14:paraId="572C8A37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4814 Medellín / 104155 Armenia</w:t>
            </w:r>
            <w:r w:rsidRPr="00407EA3">
              <w:rPr>
                <w:lang w:val="es-CO"/>
              </w:rPr>
              <w:br/>
              <w:t>Programa Acreditado en Alta Calidad / Res. MEN vigente</w:t>
            </w:r>
          </w:p>
          <w:p w14:paraId="49F5F4EB" w14:textId="62BF468E" w:rsidR="00E712D4" w:rsidRPr="00407EA3" w:rsidRDefault="00E712D4" w:rsidP="00E712D4">
            <w:pPr>
              <w:rPr>
                <w:b/>
                <w:bCs/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10 semestres</w:t>
            </w:r>
          </w:p>
        </w:tc>
        <w:tc>
          <w:tcPr>
            <w:tcW w:w="7482" w:type="dxa"/>
          </w:tcPr>
          <w:p w14:paraId="5F02A8F9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t>Pensar el hábitat es transformar la vida colectiva.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Diseñas espacios con impacto social, ambiental y cultural. Te formas en talleres y laboratorios de representación, construcción, bioclimática y tecnologías digitales, desarrollando proyectos reales con enfoque sostenible y proyección internacional mediante doble titulación con Francia y Brasil.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¡Diseña ciudades que transforman la vida!</w:t>
            </w:r>
          </w:p>
          <w:p w14:paraId="04194E2C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lastRenderedPageBreak/>
              <w:br/>
            </w:r>
            <w:hyperlink r:id="rId9" w:history="1">
              <w:r w:rsidRPr="00F66CC0">
                <w:rPr>
                  <w:rStyle w:val="Hipervnculo"/>
                  <w:lang w:val="es-CO"/>
                </w:rPr>
                <w:t>https://usbmed.edu.co/programas/pregrados/arquitectura</w:t>
              </w:r>
            </w:hyperlink>
          </w:p>
          <w:p w14:paraId="7BC1B74E" w14:textId="77777777" w:rsidR="00E712D4" w:rsidRPr="00407EA3" w:rsidRDefault="00E712D4" w:rsidP="00E712D4">
            <w:pPr>
              <w:rPr>
                <w:lang w:val="es-CO"/>
              </w:rPr>
            </w:pPr>
          </w:p>
        </w:tc>
      </w:tr>
      <w:tr w:rsidR="00473C5A" w:rsidRPr="00407EA3" w14:paraId="2F8E0777" w14:textId="77777777" w:rsidTr="00474AEF">
        <w:tc>
          <w:tcPr>
            <w:tcW w:w="2357" w:type="dxa"/>
          </w:tcPr>
          <w:p w14:paraId="29A2A0EA" w14:textId="6F2587D1" w:rsidR="00473C5A" w:rsidRDefault="00473C5A" w:rsidP="00E712D4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ARTES INTEGRADAS</w:t>
            </w:r>
          </w:p>
        </w:tc>
        <w:tc>
          <w:tcPr>
            <w:tcW w:w="3111" w:type="dxa"/>
          </w:tcPr>
          <w:p w14:paraId="31B33BC2" w14:textId="77777777" w:rsidR="00473C5A" w:rsidRDefault="00473C5A" w:rsidP="00473C5A">
            <w:pPr>
              <w:rPr>
                <w:b/>
                <w:bCs/>
                <w:lang w:val="es-CO"/>
              </w:rPr>
            </w:pPr>
            <w:r w:rsidRPr="00473C5A">
              <w:rPr>
                <w:b/>
                <w:bCs/>
                <w:lang w:val="es-CO"/>
              </w:rPr>
              <w:t>Diseño Industrial</w:t>
            </w:r>
          </w:p>
          <w:p w14:paraId="7B02D7A4" w14:textId="77777777" w:rsidR="00473C5A" w:rsidRPr="00473C5A" w:rsidRDefault="00473C5A" w:rsidP="00473C5A">
            <w:pPr>
              <w:rPr>
                <w:b/>
                <w:bCs/>
                <w:lang w:val="es-CO"/>
              </w:rPr>
            </w:pPr>
          </w:p>
          <w:p w14:paraId="03466DCE" w14:textId="77777777" w:rsidR="00473C5A" w:rsidRPr="00473C5A" w:rsidRDefault="00473C5A" w:rsidP="00473C5A">
            <w:pPr>
              <w:rPr>
                <w:lang w:val="es-CO"/>
              </w:rPr>
            </w:pPr>
            <w:r w:rsidRPr="00473C5A">
              <w:rPr>
                <w:lang w:val="es-CO"/>
              </w:rPr>
              <w:t>SNIES: 15569 / Res. MEN 8549 del 24/05/2023 (Vigencia: 7 años)</w:t>
            </w:r>
          </w:p>
          <w:p w14:paraId="44085146" w14:textId="4D850610" w:rsidR="00473C5A" w:rsidRPr="00473C5A" w:rsidRDefault="00473C5A" w:rsidP="00473C5A">
            <w:pPr>
              <w:rPr>
                <w:b/>
                <w:bCs/>
                <w:lang w:val="es-CO"/>
              </w:rPr>
            </w:pPr>
            <w:r w:rsidRPr="00473C5A">
              <w:rPr>
                <w:b/>
                <w:bCs/>
                <w:lang w:val="es-CO"/>
              </w:rPr>
              <w:br/>
              <w:t>Duración</w:t>
            </w:r>
            <w:r w:rsidRPr="00473C5A">
              <w:rPr>
                <w:lang w:val="es-CO"/>
              </w:rPr>
              <w:t>: 8 semestres</w:t>
            </w:r>
          </w:p>
          <w:p w14:paraId="5F03FC4F" w14:textId="77777777" w:rsidR="00473C5A" w:rsidRPr="00407EA3" w:rsidRDefault="00473C5A" w:rsidP="00E712D4">
            <w:pPr>
              <w:rPr>
                <w:b/>
                <w:bCs/>
                <w:lang w:val="es-CO"/>
              </w:rPr>
            </w:pPr>
          </w:p>
        </w:tc>
        <w:tc>
          <w:tcPr>
            <w:tcW w:w="7482" w:type="dxa"/>
          </w:tcPr>
          <w:p w14:paraId="26AE631B" w14:textId="77777777" w:rsidR="00E74DC9" w:rsidRPr="00E74DC9" w:rsidRDefault="00E74DC9" w:rsidP="00E74DC9">
            <w:pPr>
              <w:rPr>
                <w:lang w:val="es-CO"/>
              </w:rPr>
            </w:pPr>
            <w:r w:rsidRPr="00E74DC9">
              <w:rPr>
                <w:lang w:val="es-CO"/>
              </w:rPr>
              <w:t>Diseñar también es pensar cómo vivimos el mundo.</w:t>
            </w:r>
          </w:p>
          <w:p w14:paraId="4B58C094" w14:textId="77777777" w:rsidR="00E74DC9" w:rsidRPr="00E74DC9" w:rsidRDefault="00E74DC9" w:rsidP="00E74DC9">
            <w:pPr>
              <w:rPr>
                <w:lang w:val="es-CO"/>
              </w:rPr>
            </w:pPr>
          </w:p>
          <w:p w14:paraId="0B1CB730" w14:textId="08E71CB6" w:rsidR="00E74DC9" w:rsidRDefault="00E74DC9" w:rsidP="00E74DC9">
            <w:pPr>
              <w:rPr>
                <w:lang w:val="es-CO"/>
              </w:rPr>
            </w:pPr>
            <w:r w:rsidRPr="00E74DC9">
              <w:rPr>
                <w:lang w:val="es-CO"/>
              </w:rPr>
              <w:t xml:space="preserve">Creas productos, servicios y experiencias con enfoque humano y sostenible. Te formas en </w:t>
            </w:r>
            <w:r w:rsidRPr="00E74DC9">
              <w:rPr>
                <w:b/>
                <w:bCs/>
                <w:lang w:val="es-CO"/>
              </w:rPr>
              <w:t>laboratorios de prototipado, materiales, modelado digital y experiencia de usuario</w:t>
            </w:r>
            <w:r w:rsidRPr="00E74DC9">
              <w:rPr>
                <w:lang w:val="es-CO"/>
              </w:rPr>
              <w:t>, desarrollando proyectos reales junto a la industria. La doble titulación con Brasil y el enfoque práctico fortalecen tu perfil creativo, estratégico y con visión global.</w:t>
            </w:r>
          </w:p>
          <w:p w14:paraId="16B589BC" w14:textId="77777777" w:rsidR="00E74DC9" w:rsidRPr="00E74DC9" w:rsidRDefault="00E74DC9" w:rsidP="00E74DC9">
            <w:pPr>
              <w:rPr>
                <w:lang w:val="es-CO"/>
              </w:rPr>
            </w:pPr>
          </w:p>
          <w:p w14:paraId="1F09CC3B" w14:textId="77777777" w:rsidR="00E74DC9" w:rsidRPr="00E74DC9" w:rsidRDefault="00E74DC9" w:rsidP="00E74DC9">
            <w:pPr>
              <w:rPr>
                <w:lang w:val="es-CO"/>
              </w:rPr>
            </w:pPr>
            <w:r w:rsidRPr="00E74DC9">
              <w:rPr>
                <w:lang w:val="es-CO"/>
              </w:rPr>
              <w:t>¡Diseña soluciones que mejoran la vida!</w:t>
            </w:r>
          </w:p>
          <w:p w14:paraId="67AC5EA3" w14:textId="0F8C37D4" w:rsidR="00E74DC9" w:rsidRDefault="00E74DC9" w:rsidP="00E74DC9">
            <w:pPr>
              <w:rPr>
                <w:lang w:val="es-CO"/>
              </w:rPr>
            </w:pPr>
            <w:r w:rsidRPr="00E74DC9">
              <w:rPr>
                <w:lang w:val="es-CO"/>
              </w:rPr>
              <w:br/>
            </w:r>
            <w:hyperlink r:id="rId10" w:history="1">
              <w:r w:rsidRPr="00E74DC9">
                <w:rPr>
                  <w:rStyle w:val="Hipervnculo"/>
                  <w:lang w:val="es-CO"/>
                </w:rPr>
                <w:t>https://usbmed.edu.co/programas/pregrados/diseno-industrial</w:t>
              </w:r>
            </w:hyperlink>
          </w:p>
          <w:p w14:paraId="36F35198" w14:textId="77777777" w:rsidR="00473C5A" w:rsidRPr="00407EA3" w:rsidRDefault="00473C5A" w:rsidP="00E712D4">
            <w:pPr>
              <w:rPr>
                <w:lang w:val="es-CO"/>
              </w:rPr>
            </w:pPr>
          </w:p>
        </w:tc>
      </w:tr>
      <w:tr w:rsidR="00E712D4" w:rsidRPr="00407EA3" w14:paraId="7E9723FA" w14:textId="77777777" w:rsidTr="00474AEF">
        <w:tc>
          <w:tcPr>
            <w:tcW w:w="2357" w:type="dxa"/>
          </w:tcPr>
          <w:p w14:paraId="7F4F4E88" w14:textId="02D81380" w:rsidR="00E712D4" w:rsidRDefault="00E712D4" w:rsidP="00E712D4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CIENCIAS EMPRESARIALES</w:t>
            </w:r>
          </w:p>
        </w:tc>
        <w:tc>
          <w:tcPr>
            <w:tcW w:w="3111" w:type="dxa"/>
          </w:tcPr>
          <w:p w14:paraId="3670C8E7" w14:textId="77777777" w:rsidR="00E712D4" w:rsidRPr="00407EA3" w:rsidRDefault="00E712D4" w:rsidP="00E712D4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Administración de Negocios</w:t>
            </w:r>
          </w:p>
          <w:p w14:paraId="1FD810A0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15034 / Res. MEN 15551 del 18/12/2019 (Vigencia: 7 años)</w:t>
            </w:r>
          </w:p>
          <w:p w14:paraId="2084B669" w14:textId="3F029847" w:rsidR="00E712D4" w:rsidRPr="00407EA3" w:rsidRDefault="00E712D4" w:rsidP="00E712D4">
            <w:pPr>
              <w:rPr>
                <w:b/>
                <w:bCs/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8 semestres</w:t>
            </w:r>
          </w:p>
        </w:tc>
        <w:tc>
          <w:tcPr>
            <w:tcW w:w="7482" w:type="dxa"/>
          </w:tcPr>
          <w:p w14:paraId="6198A093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t>Dirigir organizaciones implica tomar decisiones con responsabilidad.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Desarrollas liderazgo, pensamiento estratégico e innovación a través de casos reales, proyectos y simulaciones. La formación integra ética, sostenibilidad y proyección internacional, preparando un perfil capaz de emprender y gestionar organizaciones en entornos cambiantes y globales.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¡Lidera organizaciones que transforman!</w:t>
            </w:r>
          </w:p>
          <w:p w14:paraId="37551DDD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1" w:history="1">
              <w:r w:rsidRPr="00F66CC0">
                <w:rPr>
                  <w:rStyle w:val="Hipervnculo"/>
                  <w:lang w:val="es-CO"/>
                </w:rPr>
                <w:t>https://usbmed.edu.co/programas/pregrados/administracion-de-negocios</w:t>
              </w:r>
            </w:hyperlink>
          </w:p>
          <w:p w14:paraId="1E56AF7E" w14:textId="77777777" w:rsidR="00E712D4" w:rsidRPr="00407EA3" w:rsidRDefault="00E712D4" w:rsidP="00E712D4">
            <w:pPr>
              <w:rPr>
                <w:lang w:val="es-CO"/>
              </w:rPr>
            </w:pPr>
          </w:p>
        </w:tc>
      </w:tr>
      <w:tr w:rsidR="00E712D4" w:rsidRPr="00407EA3" w14:paraId="7482A211" w14:textId="77777777" w:rsidTr="00474AEF">
        <w:tc>
          <w:tcPr>
            <w:tcW w:w="2357" w:type="dxa"/>
          </w:tcPr>
          <w:p w14:paraId="710C2913" w14:textId="6872D392" w:rsidR="00E712D4" w:rsidRPr="00407EA3" w:rsidRDefault="00E712D4" w:rsidP="00E712D4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CIENCIAS EMPRESARIALES</w:t>
            </w:r>
          </w:p>
        </w:tc>
        <w:tc>
          <w:tcPr>
            <w:tcW w:w="3111" w:type="dxa"/>
          </w:tcPr>
          <w:p w14:paraId="5AF9C9B0" w14:textId="32E407CE" w:rsidR="00E712D4" w:rsidRPr="00407EA3" w:rsidRDefault="00E712D4" w:rsidP="00E712D4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Contaduría Pública</w:t>
            </w:r>
          </w:p>
          <w:p w14:paraId="1A3BC045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4045 / Res. MEN 16915 del 27/12/2019 (Vigencia: 7 años)</w:t>
            </w:r>
          </w:p>
          <w:p w14:paraId="6A5734DC" w14:textId="3BBB4466" w:rsidR="00E712D4" w:rsidRPr="00407EA3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8 semestres</w:t>
            </w:r>
          </w:p>
        </w:tc>
        <w:tc>
          <w:tcPr>
            <w:tcW w:w="7482" w:type="dxa"/>
          </w:tcPr>
          <w:p w14:paraId="6C160ED1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t>Detrás de cada decisión financiera hay impacto social.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Te formas para analizar, interpretar y gestionar información contable y financiera con criterio ético. La metodología práctica, el uso de herramientas tecnológicas y el contacto con el sector real fortalecen tu perfil para asesorar organizaciones a nivel nacional e internacional.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lastRenderedPageBreak/>
              <w:br/>
              <w:t>¡Conviértete en estratega financiero!</w:t>
            </w:r>
          </w:p>
          <w:p w14:paraId="1E958673" w14:textId="3E7365D2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2" w:history="1">
              <w:r w:rsidRPr="00F66CC0">
                <w:rPr>
                  <w:rStyle w:val="Hipervnculo"/>
                  <w:lang w:val="es-CO"/>
                </w:rPr>
                <w:t>https://usbmed.edu.co/programas/pregrados/contaduria-publica</w:t>
              </w:r>
            </w:hyperlink>
          </w:p>
          <w:p w14:paraId="2E93BB3B" w14:textId="77777777" w:rsidR="00E712D4" w:rsidRPr="00407EA3" w:rsidRDefault="00E712D4" w:rsidP="00E712D4">
            <w:pPr>
              <w:rPr>
                <w:lang w:val="es-CO"/>
              </w:rPr>
            </w:pPr>
          </w:p>
        </w:tc>
      </w:tr>
      <w:tr w:rsidR="00E712D4" w:rsidRPr="00407EA3" w14:paraId="5AD05193" w14:textId="77777777" w:rsidTr="00474AEF">
        <w:tc>
          <w:tcPr>
            <w:tcW w:w="2357" w:type="dxa"/>
          </w:tcPr>
          <w:p w14:paraId="1BF0CBB5" w14:textId="08149F3B" w:rsidR="00E712D4" w:rsidRPr="00407EA3" w:rsidRDefault="00E712D4" w:rsidP="00E712D4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CIENCIAS EMPRESARIALES</w:t>
            </w:r>
          </w:p>
        </w:tc>
        <w:tc>
          <w:tcPr>
            <w:tcW w:w="3111" w:type="dxa"/>
          </w:tcPr>
          <w:p w14:paraId="53416CB2" w14:textId="71105DF1" w:rsidR="00E712D4" w:rsidRPr="00407EA3" w:rsidRDefault="00E712D4" w:rsidP="00E712D4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Negocios Internacionales</w:t>
            </w:r>
          </w:p>
          <w:p w14:paraId="1406DCAF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19642 / Res. MEN 16916 del 27/12/2019 (Vigencia: 7 años)</w:t>
            </w:r>
          </w:p>
          <w:p w14:paraId="52906BFF" w14:textId="0FF3B8D7" w:rsidR="00E712D4" w:rsidRPr="00407EA3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8 semestres</w:t>
            </w:r>
          </w:p>
        </w:tc>
        <w:tc>
          <w:tcPr>
            <w:tcW w:w="7482" w:type="dxa"/>
          </w:tcPr>
          <w:p w14:paraId="20F3E5E1" w14:textId="44AE1DCD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t>El mundo se negocia desde la estrategia y la cultura.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 xml:space="preserve">Aprendes a liderar procesos de comercio exterior y negociación intercultural con enfoque sostenible. La formación integra experiencias prácticas, visión global y </w:t>
            </w:r>
            <w:r>
              <w:rPr>
                <w:lang w:val="es-CO"/>
              </w:rPr>
              <w:t xml:space="preserve">convenio de </w:t>
            </w:r>
            <w:r w:rsidRPr="00407EA3">
              <w:rPr>
                <w:lang w:val="es-CO"/>
              </w:rPr>
              <w:t xml:space="preserve">doble titulación </w:t>
            </w:r>
            <w:r>
              <w:rPr>
                <w:lang w:val="es-CO"/>
              </w:rPr>
              <w:t>en</w:t>
            </w:r>
            <w:r w:rsidRPr="00407EA3">
              <w:rPr>
                <w:lang w:val="es-CO"/>
              </w:rPr>
              <w:t xml:space="preserve"> Brasil, fortaleciendo la capacidad de gestionar mercados internacionales y proyectos empresariales.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¡Conecta países, ideas y oportunidades!</w:t>
            </w:r>
          </w:p>
          <w:p w14:paraId="2CBF34FC" w14:textId="62610A0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3" w:history="1">
              <w:r w:rsidRPr="00F66CC0">
                <w:rPr>
                  <w:rStyle w:val="Hipervnculo"/>
                  <w:lang w:val="es-CO"/>
                </w:rPr>
                <w:t>https://usbmed.edu.co/programas/pregrados/negocios-internacionales</w:t>
              </w:r>
            </w:hyperlink>
          </w:p>
          <w:p w14:paraId="098BFF5D" w14:textId="2543467D" w:rsidR="00E712D4" w:rsidRPr="00407EA3" w:rsidRDefault="00E712D4" w:rsidP="00E712D4">
            <w:pPr>
              <w:rPr>
                <w:lang w:val="es-CO"/>
              </w:rPr>
            </w:pPr>
          </w:p>
        </w:tc>
      </w:tr>
      <w:tr w:rsidR="00E712D4" w:rsidRPr="00407EA3" w14:paraId="414CAC1D" w14:textId="77777777" w:rsidTr="00474AEF">
        <w:tc>
          <w:tcPr>
            <w:tcW w:w="2357" w:type="dxa"/>
          </w:tcPr>
          <w:p w14:paraId="27438E73" w14:textId="28BBBCCD" w:rsidR="00E712D4" w:rsidRPr="00407EA3" w:rsidRDefault="00E712D4" w:rsidP="00E712D4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DERECHO</w:t>
            </w:r>
          </w:p>
        </w:tc>
        <w:tc>
          <w:tcPr>
            <w:tcW w:w="3111" w:type="dxa"/>
          </w:tcPr>
          <w:p w14:paraId="07F5A58B" w14:textId="6FB9000B" w:rsidR="00E712D4" w:rsidRPr="00407EA3" w:rsidRDefault="00E712D4" w:rsidP="00E712D4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Derecho</w:t>
            </w:r>
          </w:p>
          <w:p w14:paraId="26AF3368" w14:textId="77777777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7922 / Res. MEN 010245 del 25/06/2024 (Vigencia: 7 años)</w:t>
            </w:r>
          </w:p>
          <w:p w14:paraId="2B61A91E" w14:textId="75DC7CDD" w:rsidR="00E712D4" w:rsidRPr="00407EA3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10 semestres</w:t>
            </w:r>
          </w:p>
        </w:tc>
        <w:tc>
          <w:tcPr>
            <w:tcW w:w="7482" w:type="dxa"/>
          </w:tcPr>
          <w:p w14:paraId="3086CFB1" w14:textId="0CFE22B3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t>El Derecho se aprende ejerciéndolo.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Te formas como abogado</w:t>
            </w:r>
            <w:r>
              <w:rPr>
                <w:lang w:val="es-CO"/>
              </w:rPr>
              <w:t>(a)</w:t>
            </w:r>
            <w:r w:rsidRPr="00407EA3">
              <w:rPr>
                <w:lang w:val="es-CO"/>
              </w:rPr>
              <w:t xml:space="preserve"> con visión social, crítica y tecnológica. Realizas prácticas en el Consultorio Jurídico</w:t>
            </w:r>
            <w:r>
              <w:rPr>
                <w:lang w:val="es-CO"/>
              </w:rPr>
              <w:t xml:space="preserve"> y entidades estatales de alto reconocimiento</w:t>
            </w:r>
            <w:r w:rsidRPr="00407EA3">
              <w:rPr>
                <w:lang w:val="es-CO"/>
              </w:rPr>
              <w:t>, resolviendo casos reales y fortaleciendo competencias en litigio, conciliación y argumentación jurídica con impacto directo en comunidades y contextos reales.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¡Ejercer el Derecho también transforma vidas!</w:t>
            </w:r>
          </w:p>
          <w:p w14:paraId="77E7A3E9" w14:textId="6566B6FC" w:rsidR="00E712D4" w:rsidRDefault="00E712D4" w:rsidP="00E712D4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4" w:history="1">
              <w:r w:rsidRPr="00F66CC0">
                <w:rPr>
                  <w:rStyle w:val="Hipervnculo"/>
                  <w:lang w:val="es-CO"/>
                </w:rPr>
                <w:t>https://usbmed.edu.co/programas/pregrados/derecho</w:t>
              </w:r>
            </w:hyperlink>
          </w:p>
          <w:p w14:paraId="5CA1ABE7" w14:textId="77777777" w:rsidR="00E712D4" w:rsidRPr="00407EA3" w:rsidRDefault="00E712D4" w:rsidP="00E712D4">
            <w:pPr>
              <w:rPr>
                <w:lang w:val="es-CO"/>
              </w:rPr>
            </w:pPr>
          </w:p>
        </w:tc>
      </w:tr>
      <w:tr w:rsidR="00134855" w:rsidRPr="00407EA3" w14:paraId="4550C734" w14:textId="77777777" w:rsidTr="00474AEF">
        <w:tc>
          <w:tcPr>
            <w:tcW w:w="2357" w:type="dxa"/>
          </w:tcPr>
          <w:p w14:paraId="2410348F" w14:textId="5E131642" w:rsidR="00134855" w:rsidRDefault="00134855" w:rsidP="00134855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EDUCACIÓN</w:t>
            </w:r>
          </w:p>
        </w:tc>
        <w:tc>
          <w:tcPr>
            <w:tcW w:w="3111" w:type="dxa"/>
          </w:tcPr>
          <w:p w14:paraId="1D49D3B8" w14:textId="77777777" w:rsidR="00134855" w:rsidRPr="00407EA3" w:rsidRDefault="00134855" w:rsidP="00134855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Licenciatura en Educación Física y Deporte</w:t>
            </w:r>
          </w:p>
          <w:p w14:paraId="344C0958" w14:textId="77777777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 xml:space="preserve">SNIES: 106781 / Res. MEN </w:t>
            </w:r>
            <w:r w:rsidRPr="00407EA3">
              <w:rPr>
                <w:lang w:val="es-CO"/>
              </w:rPr>
              <w:lastRenderedPageBreak/>
              <w:t>010064 del 23/06/2023 (Vigencia: 7 años)</w:t>
            </w:r>
          </w:p>
          <w:p w14:paraId="1CBD2054" w14:textId="640F4417" w:rsidR="00134855" w:rsidRPr="00407EA3" w:rsidRDefault="00134855" w:rsidP="00134855">
            <w:pPr>
              <w:rPr>
                <w:b/>
                <w:bCs/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10 semestres</w:t>
            </w:r>
          </w:p>
        </w:tc>
        <w:tc>
          <w:tcPr>
            <w:tcW w:w="7482" w:type="dxa"/>
          </w:tcPr>
          <w:p w14:paraId="38B41F5E" w14:textId="77777777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lastRenderedPageBreak/>
              <w:t>El cuerpo también es una herramienta pedagógica.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 xml:space="preserve">Te formas en un programa Acreditado en Alta Calidad que integra pedagogía, deporte y bienestar. Aprendes en un campus con escenarios deportivos de alto nivel, liderando procesos educativos, comunitarios y deportivos con </w:t>
            </w:r>
            <w:r w:rsidRPr="00407EA3">
              <w:rPr>
                <w:lang w:val="es-CO"/>
              </w:rPr>
              <w:lastRenderedPageBreak/>
              <w:t>impacto social real.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¡Inspira desde el cuerpo en movimiento!</w:t>
            </w:r>
          </w:p>
          <w:p w14:paraId="71241A09" w14:textId="77777777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5" w:history="1">
              <w:r w:rsidRPr="00F66CC0">
                <w:rPr>
                  <w:rStyle w:val="Hipervnculo"/>
                  <w:lang w:val="es-CO"/>
                </w:rPr>
                <w:t>https://usbmed.edu.co/programas/pregrados/licenciatura-en-educacion-fisica-y-deporte</w:t>
              </w:r>
            </w:hyperlink>
          </w:p>
          <w:p w14:paraId="1E8DE9D8" w14:textId="77777777" w:rsidR="00134855" w:rsidRPr="00407EA3" w:rsidRDefault="00134855" w:rsidP="00134855">
            <w:pPr>
              <w:rPr>
                <w:lang w:val="es-CO"/>
              </w:rPr>
            </w:pPr>
          </w:p>
        </w:tc>
      </w:tr>
      <w:tr w:rsidR="00134855" w:rsidRPr="00407EA3" w14:paraId="505A515E" w14:textId="77777777" w:rsidTr="00474AEF">
        <w:tc>
          <w:tcPr>
            <w:tcW w:w="2357" w:type="dxa"/>
          </w:tcPr>
          <w:p w14:paraId="0054BEC4" w14:textId="2B5142FE" w:rsidR="00134855" w:rsidRDefault="00134855" w:rsidP="00134855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EDUCACIÓN</w:t>
            </w:r>
          </w:p>
        </w:tc>
        <w:tc>
          <w:tcPr>
            <w:tcW w:w="3111" w:type="dxa"/>
          </w:tcPr>
          <w:p w14:paraId="6783E768" w14:textId="77777777" w:rsidR="00134855" w:rsidRPr="006F6656" w:rsidRDefault="00134855" w:rsidP="00134855">
            <w:pPr>
              <w:rPr>
                <w:b/>
                <w:bCs/>
                <w:lang w:val="es-CO"/>
              </w:rPr>
            </w:pPr>
            <w:r w:rsidRPr="006F6656">
              <w:rPr>
                <w:b/>
                <w:bCs/>
                <w:lang w:val="es-CO"/>
              </w:rPr>
              <w:t>Licenciatura en Educación Infantil</w:t>
            </w:r>
          </w:p>
          <w:p w14:paraId="4A517884" w14:textId="77777777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106329 / Res. MEN 016910 del 20/09/2023 (Vigencia: 7 años)</w:t>
            </w:r>
          </w:p>
          <w:p w14:paraId="4E270319" w14:textId="328943D5" w:rsidR="00134855" w:rsidRPr="00407EA3" w:rsidRDefault="00134855" w:rsidP="00134855">
            <w:pPr>
              <w:rPr>
                <w:b/>
                <w:bCs/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10 semestres</w:t>
            </w:r>
          </w:p>
        </w:tc>
        <w:tc>
          <w:tcPr>
            <w:tcW w:w="7482" w:type="dxa"/>
          </w:tcPr>
          <w:p w14:paraId="56FC2116" w14:textId="77777777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t>Educar la infancia es acompañar el futuro.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Formas y acompañas la infancia con sensibilidad y criterio pedagógico. Desarrollas prácticas reales en el Club Pequeñines, integrando aula, juego e investigación para diseñar experiencias educativas significativas que fortalecen el desarrollo integral desde los primeros años.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¡Educa, acompaña y transforma desde la infancia!</w:t>
            </w:r>
          </w:p>
          <w:p w14:paraId="218E399D" w14:textId="77777777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6" w:history="1">
              <w:r w:rsidRPr="00F66CC0">
                <w:rPr>
                  <w:rStyle w:val="Hipervnculo"/>
                  <w:lang w:val="es-CO"/>
                </w:rPr>
                <w:t>https://usbmed.edu.co/programas/pregrados/licenciatura-en-educacion-infantil</w:t>
              </w:r>
            </w:hyperlink>
          </w:p>
          <w:p w14:paraId="49AEC221" w14:textId="77777777" w:rsidR="00134855" w:rsidRPr="00407EA3" w:rsidRDefault="00134855" w:rsidP="00134855">
            <w:pPr>
              <w:rPr>
                <w:lang w:val="es-CO"/>
              </w:rPr>
            </w:pPr>
          </w:p>
        </w:tc>
      </w:tr>
      <w:tr w:rsidR="00134855" w:rsidRPr="00407EA3" w14:paraId="37AF4D36" w14:textId="77777777" w:rsidTr="00474AEF">
        <w:tc>
          <w:tcPr>
            <w:tcW w:w="2357" w:type="dxa"/>
          </w:tcPr>
          <w:p w14:paraId="13A31E70" w14:textId="60A09D76" w:rsidR="00134855" w:rsidRPr="00407EA3" w:rsidRDefault="00134855" w:rsidP="00134855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INGENIERÍAS</w:t>
            </w:r>
          </w:p>
        </w:tc>
        <w:tc>
          <w:tcPr>
            <w:tcW w:w="3111" w:type="dxa"/>
          </w:tcPr>
          <w:p w14:paraId="2A1D008A" w14:textId="3B06EC46" w:rsidR="00134855" w:rsidRPr="00407EA3" w:rsidRDefault="00134855" w:rsidP="00134855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Creación de Contenidos Digitales</w:t>
            </w:r>
          </w:p>
          <w:p w14:paraId="0AD3353F" w14:textId="237DBF34" w:rsidR="00134855" w:rsidRPr="00407EA3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116547 / Res. MEN 2416 del 06/03/2024 (Vigencia: 7 años)</w:t>
            </w: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8 semestres</w:t>
            </w:r>
          </w:p>
        </w:tc>
        <w:tc>
          <w:tcPr>
            <w:tcW w:w="7482" w:type="dxa"/>
          </w:tcPr>
          <w:p w14:paraId="17B0EAEA" w14:textId="2AC2B564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t>Las ideas también se programan y se cuentan.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 xml:space="preserve">Integras diseño, narrativa y tecnología para crear </w:t>
            </w:r>
            <w:r>
              <w:rPr>
                <w:lang w:val="es-CO"/>
              </w:rPr>
              <w:t>contenidos digitales que realmente destacan e impactan</w:t>
            </w:r>
            <w:r w:rsidRPr="00407EA3">
              <w:rPr>
                <w:lang w:val="es-CO"/>
              </w:rPr>
              <w:t>. Te formas en laboratorios multimedia y proyectos reales que fortalecen la creatividad, la innovación y el dominio de herramientas de la industria digital.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</w:t>
            </w:r>
            <w:r>
              <w:rPr>
                <w:lang w:val="es-CO"/>
              </w:rPr>
              <w:t xml:space="preserve">Sin límites para llegar al </w:t>
            </w:r>
            <w:r w:rsidRPr="00407EA3">
              <w:rPr>
                <w:lang w:val="es-CO"/>
              </w:rPr>
              <w:t>mundo!</w:t>
            </w:r>
          </w:p>
          <w:p w14:paraId="615A9C46" w14:textId="76454EE4" w:rsidR="00134855" w:rsidRDefault="00134855" w:rsidP="00134855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7" w:history="1">
              <w:r w:rsidRPr="00F66CC0">
                <w:rPr>
                  <w:rStyle w:val="Hipervnculo"/>
                  <w:lang w:val="es-CO"/>
                </w:rPr>
                <w:t>https://usbmed.edu.co/programas/pregrados/creacion-de-contenidos-digitales</w:t>
              </w:r>
            </w:hyperlink>
          </w:p>
          <w:p w14:paraId="63AE7AF1" w14:textId="3165566A" w:rsidR="00134855" w:rsidRPr="00407EA3" w:rsidRDefault="00134855" w:rsidP="00134855">
            <w:pPr>
              <w:rPr>
                <w:lang w:val="es-CO"/>
              </w:rPr>
            </w:pPr>
          </w:p>
        </w:tc>
      </w:tr>
      <w:tr w:rsidR="00FC6185" w:rsidRPr="00407EA3" w14:paraId="407F7570" w14:textId="77777777" w:rsidTr="00474AEF">
        <w:tc>
          <w:tcPr>
            <w:tcW w:w="2357" w:type="dxa"/>
          </w:tcPr>
          <w:p w14:paraId="33B38EB4" w14:textId="34ABBE61" w:rsidR="00FC6185" w:rsidRDefault="00FC6185" w:rsidP="00FC6185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INGENIERÍAS</w:t>
            </w:r>
          </w:p>
        </w:tc>
        <w:tc>
          <w:tcPr>
            <w:tcW w:w="3111" w:type="dxa"/>
          </w:tcPr>
          <w:p w14:paraId="3BB354D9" w14:textId="77777777" w:rsidR="00FC6185" w:rsidRDefault="00FC6185" w:rsidP="00FC6185">
            <w:pPr>
              <w:rPr>
                <w:lang w:val="es-CO"/>
              </w:rPr>
            </w:pPr>
            <w:r w:rsidRPr="00407EA3">
              <w:rPr>
                <w:b/>
                <w:bCs/>
                <w:lang w:val="es-CO"/>
              </w:rPr>
              <w:t>Ingeniería Ambiental</w:t>
            </w:r>
          </w:p>
          <w:p w14:paraId="69CAD8DA" w14:textId="77777777" w:rsidR="00FC6185" w:rsidRDefault="00FC6185" w:rsidP="00FC6185">
            <w:pPr>
              <w:rPr>
                <w:lang w:val="es-CO"/>
              </w:rPr>
            </w:pPr>
            <w:r w:rsidRPr="00407EA3">
              <w:rPr>
                <w:lang w:val="es-CO"/>
              </w:rPr>
              <w:lastRenderedPageBreak/>
              <w:br/>
              <w:t>SNIES: 18890 / Res. MEN 2568 del 21/02/2023 (Vigencia: 7 años)</w:t>
            </w:r>
          </w:p>
          <w:p w14:paraId="0A765740" w14:textId="25EE231A" w:rsidR="00FC6185" w:rsidRPr="00407EA3" w:rsidRDefault="00FC6185" w:rsidP="00FC6185">
            <w:pPr>
              <w:rPr>
                <w:b/>
                <w:bCs/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9 semestres</w:t>
            </w:r>
          </w:p>
        </w:tc>
        <w:tc>
          <w:tcPr>
            <w:tcW w:w="7482" w:type="dxa"/>
          </w:tcPr>
          <w:p w14:paraId="3BC5523F" w14:textId="77777777" w:rsidR="00FC6185" w:rsidRDefault="00FC6185" w:rsidP="00FC6185">
            <w:pPr>
              <w:rPr>
                <w:lang w:val="es-CO"/>
              </w:rPr>
            </w:pPr>
            <w:r w:rsidRPr="00407EA3">
              <w:rPr>
                <w:lang w:val="es-CO"/>
              </w:rPr>
              <w:lastRenderedPageBreak/>
              <w:t>El futuro se cuida con soluciones sostenibles.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lastRenderedPageBreak/>
              <w:t>Diseñas estrategias ambientales desde la ciencia y la ingeniería. Te formas en laboratorios ambientales y S</w:t>
            </w:r>
            <w:r>
              <w:rPr>
                <w:lang w:val="es-CO"/>
              </w:rPr>
              <w:t xml:space="preserve">istemas de </w:t>
            </w:r>
            <w:r w:rsidRPr="00407EA3">
              <w:rPr>
                <w:lang w:val="es-CO"/>
              </w:rPr>
              <w:t>I</w:t>
            </w:r>
            <w:r>
              <w:rPr>
                <w:lang w:val="es-CO"/>
              </w:rPr>
              <w:t>nformación Geográfica</w:t>
            </w:r>
            <w:r w:rsidRPr="00407EA3">
              <w:rPr>
                <w:lang w:val="es-CO"/>
              </w:rPr>
              <w:t>, aplicando tecnología, análisis territorial e investigación para abordar retos reales relacionados con agua, aire, suelo y sostenibilidad.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¡Protege el planeta con soluciones reales!</w:t>
            </w:r>
          </w:p>
          <w:p w14:paraId="1BF0FE66" w14:textId="77777777" w:rsidR="00FC6185" w:rsidRDefault="00FC6185" w:rsidP="00FC6185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18" w:history="1">
              <w:r w:rsidRPr="00F66CC0">
                <w:rPr>
                  <w:rStyle w:val="Hipervnculo"/>
                  <w:lang w:val="es-CO"/>
                </w:rPr>
                <w:t>https://usbmed.edu.co/programas/pregrados/ingenieria-ambiental</w:t>
              </w:r>
            </w:hyperlink>
          </w:p>
          <w:p w14:paraId="78FDED24" w14:textId="77777777" w:rsidR="00FC6185" w:rsidRPr="00407EA3" w:rsidRDefault="00FC6185" w:rsidP="00FC6185">
            <w:pPr>
              <w:rPr>
                <w:lang w:val="es-CO"/>
              </w:rPr>
            </w:pPr>
          </w:p>
        </w:tc>
      </w:tr>
      <w:tr w:rsidR="00C77FC7" w:rsidRPr="00407EA3" w14:paraId="2BEFCA99" w14:textId="77777777" w:rsidTr="00474AEF">
        <w:tc>
          <w:tcPr>
            <w:tcW w:w="2357" w:type="dxa"/>
          </w:tcPr>
          <w:p w14:paraId="61D9BAFD" w14:textId="27E8E2C6" w:rsidR="00C77FC7" w:rsidRDefault="00C77FC7" w:rsidP="00C77FC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INGENIERÍAS</w:t>
            </w:r>
          </w:p>
        </w:tc>
        <w:tc>
          <w:tcPr>
            <w:tcW w:w="3111" w:type="dxa"/>
          </w:tcPr>
          <w:p w14:paraId="2C507D27" w14:textId="77777777" w:rsidR="00C77FC7" w:rsidRPr="00407EA3" w:rsidRDefault="00C77FC7" w:rsidP="00C77FC7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Ingeniería de Datos y Software</w:t>
            </w:r>
          </w:p>
          <w:p w14:paraId="26DE15FD" w14:textId="77777777" w:rsidR="00C77FC7" w:rsidRDefault="00C77FC7" w:rsidP="00C77FC7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108920 / Res. MEN 15399 del 18/12/2019 (Vigencia: 7 años)</w:t>
            </w:r>
          </w:p>
          <w:p w14:paraId="78E76A6D" w14:textId="30FE5611" w:rsidR="00C77FC7" w:rsidRPr="00407EA3" w:rsidRDefault="00C77FC7" w:rsidP="00C77FC7">
            <w:pPr>
              <w:rPr>
                <w:b/>
                <w:bCs/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9 semestres</w:t>
            </w:r>
          </w:p>
        </w:tc>
        <w:tc>
          <w:tcPr>
            <w:tcW w:w="7482" w:type="dxa"/>
          </w:tcPr>
          <w:p w14:paraId="283884C6" w14:textId="77777777" w:rsidR="00C77FC7" w:rsidRDefault="00C77FC7" w:rsidP="00C77FC7">
            <w:pPr>
              <w:rPr>
                <w:lang w:val="es-CO"/>
              </w:rPr>
            </w:pPr>
            <w:r w:rsidRPr="00407EA3">
              <w:rPr>
                <w:lang w:val="es-CO"/>
              </w:rPr>
              <w:t>La tecnología también necesita criterio humano.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Desarrollas soluciones basadas en datos, software e inteligencia artificial. Aprendes en laboratorios especializados, trabajando con proyectos reales que integran ética, innovación y sostenibilidad para impulsar procesos de transformación digital en múltiples sectores.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¡Programa el futuro con propósito!</w:t>
            </w:r>
          </w:p>
          <w:p w14:paraId="1B4A550E" w14:textId="77777777" w:rsidR="00C77FC7" w:rsidRDefault="00C77FC7" w:rsidP="00C77FC7">
            <w:pPr>
              <w:rPr>
                <w:lang w:val="es-CO"/>
              </w:rPr>
            </w:pPr>
          </w:p>
          <w:p w14:paraId="0DADCB9C" w14:textId="77777777" w:rsidR="00C77FC7" w:rsidRDefault="00C77FC7" w:rsidP="00C77FC7">
            <w:pPr>
              <w:rPr>
                <w:lang w:val="es-CO"/>
              </w:rPr>
            </w:pPr>
            <w:hyperlink r:id="rId19" w:history="1">
              <w:r w:rsidRPr="00F66CC0">
                <w:rPr>
                  <w:rStyle w:val="Hipervnculo"/>
                  <w:lang w:val="es-CO"/>
                </w:rPr>
                <w:t>https://usbmed.edu.co/programas/pregrados/ingenieria-de-datos-y-software</w:t>
              </w:r>
            </w:hyperlink>
          </w:p>
          <w:p w14:paraId="60EAD4BA" w14:textId="77777777" w:rsidR="00C77FC7" w:rsidRPr="00407EA3" w:rsidRDefault="00C77FC7" w:rsidP="00C77FC7">
            <w:pPr>
              <w:rPr>
                <w:lang w:val="es-CO"/>
              </w:rPr>
            </w:pPr>
          </w:p>
        </w:tc>
      </w:tr>
      <w:tr w:rsidR="00282B6F" w:rsidRPr="00407EA3" w14:paraId="2FD2C98D" w14:textId="77777777" w:rsidTr="00474AEF">
        <w:tc>
          <w:tcPr>
            <w:tcW w:w="2357" w:type="dxa"/>
          </w:tcPr>
          <w:p w14:paraId="12AD2F13" w14:textId="77777777" w:rsidR="00282B6F" w:rsidRDefault="00282B6F" w:rsidP="00C77FC7">
            <w:pPr>
              <w:rPr>
                <w:b/>
                <w:bCs/>
                <w:lang w:val="es-CO"/>
              </w:rPr>
            </w:pPr>
          </w:p>
        </w:tc>
        <w:tc>
          <w:tcPr>
            <w:tcW w:w="3111" w:type="dxa"/>
          </w:tcPr>
          <w:p w14:paraId="18F39DA8" w14:textId="77777777" w:rsidR="00282B6F" w:rsidRPr="00407EA3" w:rsidRDefault="00282B6F" w:rsidP="00C77FC7">
            <w:pPr>
              <w:rPr>
                <w:b/>
                <w:bCs/>
                <w:lang w:val="es-CO"/>
              </w:rPr>
            </w:pPr>
          </w:p>
        </w:tc>
        <w:tc>
          <w:tcPr>
            <w:tcW w:w="7482" w:type="dxa"/>
          </w:tcPr>
          <w:p w14:paraId="54F400E2" w14:textId="77777777" w:rsidR="00282B6F" w:rsidRPr="00407EA3" w:rsidRDefault="00282B6F" w:rsidP="00C77FC7">
            <w:pPr>
              <w:rPr>
                <w:lang w:val="es-CO"/>
              </w:rPr>
            </w:pPr>
          </w:p>
        </w:tc>
      </w:tr>
      <w:tr w:rsidR="001756CB" w:rsidRPr="00407EA3" w14:paraId="338FC4E5" w14:textId="77777777" w:rsidTr="00474AEF">
        <w:tc>
          <w:tcPr>
            <w:tcW w:w="2357" w:type="dxa"/>
          </w:tcPr>
          <w:p w14:paraId="14BAFC08" w14:textId="72E6FA0E" w:rsidR="001756CB" w:rsidRPr="00407EA3" w:rsidRDefault="001756CB" w:rsidP="001756CB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INGENIERÍAS</w:t>
            </w:r>
          </w:p>
        </w:tc>
        <w:tc>
          <w:tcPr>
            <w:tcW w:w="3111" w:type="dxa"/>
          </w:tcPr>
          <w:p w14:paraId="2213EF09" w14:textId="77777777" w:rsidR="001756CB" w:rsidRPr="00407EA3" w:rsidRDefault="001756CB" w:rsidP="001756CB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Ingeniería de Sistemas Cibernéticos</w:t>
            </w:r>
          </w:p>
          <w:p w14:paraId="71C60129" w14:textId="77777777" w:rsidR="001756CB" w:rsidRDefault="001756CB" w:rsidP="001756CB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162699 / Res. MEN 16839 del 26/12/2019 (Vigencia: 7 años)</w:t>
            </w:r>
          </w:p>
          <w:p w14:paraId="5B31EC67" w14:textId="54277A61" w:rsidR="001756CB" w:rsidRPr="00407EA3" w:rsidRDefault="001756CB" w:rsidP="001756CB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9 semestres</w:t>
            </w:r>
          </w:p>
        </w:tc>
        <w:tc>
          <w:tcPr>
            <w:tcW w:w="7482" w:type="dxa"/>
          </w:tcPr>
          <w:p w14:paraId="098EB814" w14:textId="77777777" w:rsidR="001756CB" w:rsidRDefault="001756CB" w:rsidP="001756CB">
            <w:pPr>
              <w:rPr>
                <w:lang w:val="es-CO"/>
              </w:rPr>
            </w:pPr>
            <w:r w:rsidRPr="00407EA3">
              <w:rPr>
                <w:lang w:val="es-CO"/>
              </w:rPr>
              <w:t>Automatizar también es crear soluciones inteligentes.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 xml:space="preserve">Integras robótica, automatización, </w:t>
            </w:r>
            <w:proofErr w:type="spellStart"/>
            <w:r w:rsidRPr="00407EA3">
              <w:rPr>
                <w:lang w:val="es-CO"/>
              </w:rPr>
              <w:t>IoT</w:t>
            </w:r>
            <w:proofErr w:type="spellEnd"/>
            <w:r w:rsidRPr="00407EA3">
              <w:rPr>
                <w:lang w:val="es-CO"/>
              </w:rPr>
              <w:t xml:space="preserve"> e inteligencia artificial para diseñar sistemas ciberfísicos. Te formas en laboratorios de control y simulación, resolviendo retos reales de la industria con visión innovadora y sostenible.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¡Diseña tecnologías que responden al mundo real!</w:t>
            </w:r>
          </w:p>
          <w:p w14:paraId="43388CC4" w14:textId="77777777" w:rsidR="001756CB" w:rsidRDefault="001756CB" w:rsidP="001756CB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20" w:history="1">
              <w:r w:rsidRPr="00F66CC0">
                <w:rPr>
                  <w:rStyle w:val="Hipervnculo"/>
                  <w:lang w:val="es-CO"/>
                </w:rPr>
                <w:t>https://usbmed.edu.co/programas/pregrados/ingenieria-de-sistemas-ciberneticos</w:t>
              </w:r>
            </w:hyperlink>
          </w:p>
          <w:p w14:paraId="254718D1" w14:textId="61B14E06" w:rsidR="001756CB" w:rsidRPr="00407EA3" w:rsidRDefault="001756CB" w:rsidP="001756CB">
            <w:pPr>
              <w:rPr>
                <w:lang w:val="es-CO"/>
              </w:rPr>
            </w:pPr>
          </w:p>
        </w:tc>
      </w:tr>
      <w:tr w:rsidR="00282B6F" w:rsidRPr="00407EA3" w14:paraId="5DA8BAE3" w14:textId="77777777" w:rsidTr="00474AEF">
        <w:tc>
          <w:tcPr>
            <w:tcW w:w="2357" w:type="dxa"/>
          </w:tcPr>
          <w:p w14:paraId="29FCE3E7" w14:textId="7B214DE3" w:rsidR="00282B6F" w:rsidRPr="00407EA3" w:rsidRDefault="00282B6F" w:rsidP="00282B6F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INGENIERÍAS</w:t>
            </w:r>
          </w:p>
        </w:tc>
        <w:tc>
          <w:tcPr>
            <w:tcW w:w="3111" w:type="dxa"/>
          </w:tcPr>
          <w:p w14:paraId="47B5FBB8" w14:textId="77777777" w:rsidR="00282B6F" w:rsidRPr="00407EA3" w:rsidRDefault="00282B6F" w:rsidP="00282B6F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Ingeniería Industrial</w:t>
            </w:r>
          </w:p>
          <w:p w14:paraId="2B869E3B" w14:textId="77777777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118293 / Res. MEN 2567 del 21/02/2023 (Vigencia: 7 años)</w:t>
            </w:r>
          </w:p>
          <w:p w14:paraId="2D815D29" w14:textId="667115D9" w:rsidR="00282B6F" w:rsidRPr="00407EA3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10 semestres</w:t>
            </w:r>
          </w:p>
        </w:tc>
        <w:tc>
          <w:tcPr>
            <w:tcW w:w="7482" w:type="dxa"/>
          </w:tcPr>
          <w:p w14:paraId="1B600C90" w14:textId="77777777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t>Optimizar procesos también transforma organizaciones.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Aprendes a analizar, diseñar y mejorar sistemas productivos y de servicios. La formación práctica en laboratorios de simulación, calidad y productividad te prepara para liderar proyectos de innovación, sostenibilidad y mejora continua con impacto humano.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¡Diseña soluciones que mejoran la productividad!</w:t>
            </w:r>
          </w:p>
          <w:p w14:paraId="4ECEA4E9" w14:textId="77777777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21" w:history="1">
              <w:r w:rsidRPr="00F66CC0">
                <w:rPr>
                  <w:rStyle w:val="Hipervnculo"/>
                  <w:lang w:val="es-CO"/>
                </w:rPr>
                <w:t>https://usbmed.edu.co/programas/pregrados/ingenieria-industrial</w:t>
              </w:r>
            </w:hyperlink>
          </w:p>
          <w:p w14:paraId="56DFAACF" w14:textId="462C327C" w:rsidR="00282B6F" w:rsidRPr="00407EA3" w:rsidRDefault="00282B6F" w:rsidP="00282B6F">
            <w:pPr>
              <w:rPr>
                <w:lang w:val="es-CO"/>
              </w:rPr>
            </w:pPr>
          </w:p>
        </w:tc>
      </w:tr>
      <w:tr w:rsidR="00282B6F" w:rsidRPr="00407EA3" w14:paraId="0D5E46C1" w14:textId="77777777" w:rsidTr="00474AEF">
        <w:tc>
          <w:tcPr>
            <w:tcW w:w="2357" w:type="dxa"/>
          </w:tcPr>
          <w:p w14:paraId="35F75EAE" w14:textId="5A7BB1C1" w:rsidR="00282B6F" w:rsidRPr="00407EA3" w:rsidRDefault="00282B6F" w:rsidP="00282B6F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INGENIERÍAS</w:t>
            </w:r>
          </w:p>
        </w:tc>
        <w:tc>
          <w:tcPr>
            <w:tcW w:w="3111" w:type="dxa"/>
          </w:tcPr>
          <w:p w14:paraId="41AB76D1" w14:textId="1ABBE971" w:rsidR="00282B6F" w:rsidRPr="00407EA3" w:rsidRDefault="00282B6F" w:rsidP="00282B6F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Ingeniería Multimedia</w:t>
            </w:r>
          </w:p>
          <w:p w14:paraId="38F0AEE4" w14:textId="77777777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57070 / Res. MEN 021041 del 28/08/2024 (Vigencia: 7 años)</w:t>
            </w:r>
          </w:p>
          <w:p w14:paraId="2D1681B0" w14:textId="69FA0DCF" w:rsidR="00282B6F" w:rsidRPr="00407EA3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9 semestres</w:t>
            </w:r>
          </w:p>
        </w:tc>
        <w:tc>
          <w:tcPr>
            <w:tcW w:w="7482" w:type="dxa"/>
          </w:tcPr>
          <w:p w14:paraId="46D37162" w14:textId="62A7C913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t>Las experiencias digitales se construyen con estrategia.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Combinas programación, diseño y narrativa para desarrollar soluciones interactivas. Te formas en laboratorios de software, UX, realidad aumentada y virtual, creando productos digitales centrados en el usuario para educación, cultura y servicios.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 xml:space="preserve">¡Diseña experiencias digitales </w:t>
            </w:r>
            <w:r>
              <w:rPr>
                <w:lang w:val="es-CO"/>
              </w:rPr>
              <w:t>que todos recuerden</w:t>
            </w:r>
            <w:r w:rsidRPr="00407EA3">
              <w:rPr>
                <w:lang w:val="es-CO"/>
              </w:rPr>
              <w:t>!</w:t>
            </w:r>
          </w:p>
          <w:p w14:paraId="10275BC0" w14:textId="75105B40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22" w:history="1">
              <w:r w:rsidRPr="00F66CC0">
                <w:rPr>
                  <w:rStyle w:val="Hipervnculo"/>
                  <w:lang w:val="es-CO"/>
                </w:rPr>
                <w:t>https://usbmed.edu.co/programas/pregrados/ingenieria-multimedia</w:t>
              </w:r>
            </w:hyperlink>
          </w:p>
          <w:p w14:paraId="537A1401" w14:textId="39AD4240" w:rsidR="00282B6F" w:rsidRPr="00407EA3" w:rsidRDefault="00282B6F" w:rsidP="00282B6F">
            <w:pPr>
              <w:rPr>
                <w:lang w:val="es-CO"/>
              </w:rPr>
            </w:pPr>
          </w:p>
        </w:tc>
      </w:tr>
      <w:tr w:rsidR="00282B6F" w:rsidRPr="00407EA3" w14:paraId="554BD795" w14:textId="77777777" w:rsidTr="00474AEF">
        <w:tc>
          <w:tcPr>
            <w:tcW w:w="2357" w:type="dxa"/>
          </w:tcPr>
          <w:p w14:paraId="0986B9AD" w14:textId="565F0DB5" w:rsidR="00282B6F" w:rsidRPr="00407EA3" w:rsidRDefault="00282B6F" w:rsidP="00282B6F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INGENIERÍAS</w:t>
            </w:r>
          </w:p>
        </w:tc>
        <w:tc>
          <w:tcPr>
            <w:tcW w:w="3111" w:type="dxa"/>
          </w:tcPr>
          <w:p w14:paraId="45CD0C68" w14:textId="5744E80A" w:rsidR="00282B6F" w:rsidRDefault="00282B6F" w:rsidP="00282B6F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Ingeniería de Sonido</w:t>
            </w:r>
          </w:p>
          <w:p w14:paraId="4FC4F055" w14:textId="37C02FD0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51817 / Res. MEN 008480 del 24/04/2025</w:t>
            </w:r>
          </w:p>
          <w:p w14:paraId="74CD0C2A" w14:textId="6661C4BA" w:rsidR="00282B6F" w:rsidRPr="00407EA3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9 semestres</w:t>
            </w:r>
          </w:p>
        </w:tc>
        <w:tc>
          <w:tcPr>
            <w:tcW w:w="7482" w:type="dxa"/>
          </w:tcPr>
          <w:p w14:paraId="2D9E4F15" w14:textId="126C38D6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t>El sonido también se diseña y se investiga.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 xml:space="preserve">Te formas en un programa Acreditado en Alta Calidad, </w:t>
            </w:r>
            <w:r>
              <w:rPr>
                <w:lang w:val="es-CO"/>
              </w:rPr>
              <w:t xml:space="preserve">único a nivel profesional, </w:t>
            </w:r>
            <w:r w:rsidRPr="00407EA3">
              <w:rPr>
                <w:lang w:val="es-CO"/>
              </w:rPr>
              <w:t>aprendiendo en laboratorios de acústica, grabación, postproducción y sonido inmersivo. Integras arte, ciencia y tecnología para producir soluciones sonoras con alto reconocimiento nacional.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¡Amplifica tu talento y transforma el sonido!</w:t>
            </w:r>
          </w:p>
          <w:p w14:paraId="6D629112" w14:textId="6E2E7388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23" w:history="1">
              <w:r w:rsidRPr="00F66CC0">
                <w:rPr>
                  <w:rStyle w:val="Hipervnculo"/>
                  <w:lang w:val="es-CO"/>
                </w:rPr>
                <w:t>https://usbmed.edu.co/programas/pregrados/ingenieria-de-sonido</w:t>
              </w:r>
            </w:hyperlink>
          </w:p>
          <w:p w14:paraId="79588DFB" w14:textId="0F899ED0" w:rsidR="00282B6F" w:rsidRPr="00407EA3" w:rsidRDefault="00282B6F" w:rsidP="00282B6F">
            <w:pPr>
              <w:rPr>
                <w:lang w:val="es-CO"/>
              </w:rPr>
            </w:pPr>
          </w:p>
        </w:tc>
      </w:tr>
      <w:tr w:rsidR="00282B6F" w:rsidRPr="00407EA3" w14:paraId="23A5605E" w14:textId="77777777" w:rsidTr="00474AEF">
        <w:tc>
          <w:tcPr>
            <w:tcW w:w="2357" w:type="dxa"/>
          </w:tcPr>
          <w:p w14:paraId="4E2D7B93" w14:textId="55BA43B8" w:rsidR="00282B6F" w:rsidRDefault="00282B6F" w:rsidP="00282B6F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PSICOLOGÍA</w:t>
            </w:r>
          </w:p>
        </w:tc>
        <w:tc>
          <w:tcPr>
            <w:tcW w:w="3111" w:type="dxa"/>
          </w:tcPr>
          <w:p w14:paraId="65C4D7D6" w14:textId="77777777" w:rsidR="00282B6F" w:rsidRPr="00407EA3" w:rsidRDefault="00282B6F" w:rsidP="00282B6F">
            <w:pPr>
              <w:rPr>
                <w:b/>
                <w:bCs/>
                <w:lang w:val="es-CO"/>
              </w:rPr>
            </w:pPr>
            <w:r w:rsidRPr="00407EA3">
              <w:rPr>
                <w:b/>
                <w:bCs/>
                <w:lang w:val="es-CO"/>
              </w:rPr>
              <w:t>Psicología</w:t>
            </w:r>
          </w:p>
          <w:p w14:paraId="4B991F75" w14:textId="77777777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  <w:t>SNIES: 1361 / Res. MEN 016909 del 20/09/2023 (Vigencia: 8 años)</w:t>
            </w:r>
            <w:r w:rsidRPr="00407EA3">
              <w:rPr>
                <w:lang w:val="es-CO"/>
              </w:rPr>
              <w:br/>
              <w:t>Programa Acreditado en Alta Calidad</w:t>
            </w:r>
          </w:p>
          <w:p w14:paraId="41EA8CF2" w14:textId="4C58A8DD" w:rsidR="00282B6F" w:rsidRPr="00407EA3" w:rsidRDefault="00282B6F" w:rsidP="00282B6F">
            <w:pPr>
              <w:rPr>
                <w:b/>
                <w:bCs/>
                <w:lang w:val="es-CO"/>
              </w:rPr>
            </w:pPr>
            <w:r w:rsidRPr="00407EA3">
              <w:rPr>
                <w:lang w:val="es-CO"/>
              </w:rPr>
              <w:br/>
            </w:r>
            <w:r w:rsidRPr="00407EA3">
              <w:rPr>
                <w:b/>
                <w:bCs/>
                <w:lang w:val="es-CO"/>
              </w:rPr>
              <w:t>Duración:</w:t>
            </w:r>
            <w:r w:rsidRPr="00407EA3">
              <w:rPr>
                <w:lang w:val="es-CO"/>
              </w:rPr>
              <w:t xml:space="preserve"> 9 semestres</w:t>
            </w:r>
          </w:p>
        </w:tc>
        <w:tc>
          <w:tcPr>
            <w:tcW w:w="7482" w:type="dxa"/>
          </w:tcPr>
          <w:p w14:paraId="00530C91" w14:textId="77777777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t>Comprender la mente requiere rigor y sensibilidad.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 xml:space="preserve">Te formas en un programa Acreditado en Alta Calidad que integra ciencia, práctica e investigación. Aprendes en laboratorios de psicología, medición e intervención y en centros propios de atención, fortaleciendo la experiencia clínica, social y organizacional con </w:t>
            </w:r>
            <w:r>
              <w:rPr>
                <w:lang w:val="es-CO"/>
              </w:rPr>
              <w:t xml:space="preserve">posibilidad de </w:t>
            </w:r>
            <w:r w:rsidRPr="00407EA3">
              <w:rPr>
                <w:lang w:val="es-CO"/>
              </w:rPr>
              <w:t xml:space="preserve">doble titulación internacional </w:t>
            </w:r>
            <w:r>
              <w:rPr>
                <w:lang w:val="es-CO"/>
              </w:rPr>
              <w:t>en</w:t>
            </w:r>
            <w:r w:rsidRPr="00407EA3">
              <w:rPr>
                <w:lang w:val="es-CO"/>
              </w:rPr>
              <w:t xml:space="preserve"> Italia.</w:t>
            </w:r>
            <w:r w:rsidRPr="00407EA3">
              <w:rPr>
                <w:lang w:val="es-CO"/>
              </w:rPr>
              <w:br/>
            </w:r>
            <w:r w:rsidRPr="00407EA3">
              <w:rPr>
                <w:lang w:val="es-CO"/>
              </w:rPr>
              <w:br/>
              <w:t>¡Comprende la mente y transforma realidades!</w:t>
            </w:r>
          </w:p>
          <w:p w14:paraId="0D15C7D5" w14:textId="77777777" w:rsidR="00282B6F" w:rsidRDefault="00282B6F" w:rsidP="00282B6F">
            <w:pPr>
              <w:rPr>
                <w:lang w:val="es-CO"/>
              </w:rPr>
            </w:pPr>
            <w:r w:rsidRPr="00407EA3">
              <w:rPr>
                <w:lang w:val="es-CO"/>
              </w:rPr>
              <w:br/>
            </w:r>
            <w:hyperlink r:id="rId24" w:history="1">
              <w:r w:rsidRPr="00F66CC0">
                <w:rPr>
                  <w:rStyle w:val="Hipervnculo"/>
                  <w:lang w:val="es-CO"/>
                </w:rPr>
                <w:t>https://usbmed.edu.co/programas/pregrados/psicologia</w:t>
              </w:r>
            </w:hyperlink>
          </w:p>
          <w:p w14:paraId="5E2DF1E2" w14:textId="77777777" w:rsidR="00282B6F" w:rsidRPr="00407EA3" w:rsidRDefault="00282B6F" w:rsidP="00282B6F">
            <w:pPr>
              <w:rPr>
                <w:lang w:val="es-CO"/>
              </w:rPr>
            </w:pPr>
          </w:p>
        </w:tc>
      </w:tr>
    </w:tbl>
    <w:p w14:paraId="17B1D3EC" w14:textId="77777777" w:rsidR="009509EB" w:rsidRDefault="009509EB">
      <w:pPr>
        <w:rPr>
          <w:lang w:val="es-CO"/>
        </w:rPr>
      </w:pPr>
    </w:p>
    <w:tbl>
      <w:tblPr>
        <w:tblStyle w:val="Tablaconcuadrcula"/>
        <w:tblW w:w="13100" w:type="dxa"/>
        <w:tblInd w:w="38" w:type="dxa"/>
        <w:tblLook w:val="04A0" w:firstRow="1" w:lastRow="0" w:firstColumn="1" w:lastColumn="0" w:noHBand="0" w:noVBand="1"/>
      </w:tblPr>
      <w:tblGrid>
        <w:gridCol w:w="4366"/>
        <w:gridCol w:w="4367"/>
        <w:gridCol w:w="4367"/>
      </w:tblGrid>
      <w:tr w:rsidR="002124A9" w14:paraId="5C9EEC68" w14:textId="77777777" w:rsidTr="002124A9">
        <w:tc>
          <w:tcPr>
            <w:tcW w:w="4366" w:type="dxa"/>
          </w:tcPr>
          <w:p w14:paraId="418FF9B6" w14:textId="66B91BCB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4B6B8509" w14:textId="52F25CFA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CONTRAPORTADA FINAL</w:t>
            </w:r>
          </w:p>
        </w:tc>
        <w:tc>
          <w:tcPr>
            <w:tcW w:w="4367" w:type="dxa"/>
          </w:tcPr>
          <w:p w14:paraId="44B93F3E" w14:textId="77777777" w:rsidR="002124A9" w:rsidRDefault="002124A9" w:rsidP="00260BF1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>Descuentos y alternativas de financiación</w:t>
            </w:r>
          </w:p>
          <w:p w14:paraId="11BC0AAA" w14:textId="77777777" w:rsidR="002124A9" w:rsidRPr="00C00B67" w:rsidRDefault="002124A9" w:rsidP="00260BF1">
            <w:pPr>
              <w:rPr>
                <w:b/>
                <w:bCs/>
                <w:lang w:val="es-CO"/>
              </w:rPr>
            </w:pPr>
          </w:p>
          <w:p w14:paraId="75F1C6C4" w14:textId="77777777" w:rsidR="002124A9" w:rsidRPr="00C00B67" w:rsidRDefault="002124A9" w:rsidP="00260BF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¡</w:t>
            </w:r>
            <w:r w:rsidRPr="00C00B67">
              <w:rPr>
                <w:b/>
                <w:bCs/>
                <w:lang w:val="es-CO"/>
              </w:rPr>
              <w:t>Invertir en tu formación sí es posible</w:t>
            </w:r>
            <w:r>
              <w:rPr>
                <w:b/>
                <w:bCs/>
                <w:lang w:val="es-CO"/>
              </w:rPr>
              <w:t>!</w:t>
            </w:r>
          </w:p>
          <w:p w14:paraId="57633115" w14:textId="77777777" w:rsidR="002124A9" w:rsidRDefault="002124A9" w:rsidP="00260BF1">
            <w:pPr>
              <w:rPr>
                <w:lang w:val="es-CO"/>
              </w:rPr>
            </w:pPr>
          </w:p>
          <w:p w14:paraId="135ED16B" w14:textId="51BF81F6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Te brindamos</w:t>
            </w:r>
            <w:r w:rsidRPr="00C00B67">
              <w:rPr>
                <w:lang w:val="es-CO"/>
              </w:rPr>
              <w:t xml:space="preserve"> </w:t>
            </w:r>
            <w:r w:rsidRPr="00C00B67">
              <w:rPr>
                <w:b/>
                <w:bCs/>
                <w:lang w:val="es-CO"/>
              </w:rPr>
              <w:t>alternativas reales de financiación y descuentos</w:t>
            </w:r>
            <w:r w:rsidRPr="00C00B67">
              <w:rPr>
                <w:lang w:val="es-CO"/>
              </w:rPr>
              <w:t xml:space="preserve"> pensad</w:t>
            </w:r>
            <w:r>
              <w:rPr>
                <w:lang w:val="es-CO"/>
              </w:rPr>
              <w:t>o</w:t>
            </w:r>
            <w:r w:rsidRPr="00C00B67">
              <w:rPr>
                <w:lang w:val="es-CO"/>
              </w:rPr>
              <w:t>s para facilitar tu acceso a la educación y acompañarte en tu crecimiento profesional.</w:t>
            </w:r>
          </w:p>
          <w:p w14:paraId="3794A0BB" w14:textId="77777777" w:rsidR="002124A9" w:rsidRDefault="002124A9" w:rsidP="00260BF1">
            <w:pPr>
              <w:rPr>
                <w:lang w:val="es-CO"/>
              </w:rPr>
            </w:pPr>
          </w:p>
          <w:p w14:paraId="5BE6FBE0" w14:textId="77777777" w:rsidR="002124A9" w:rsidRPr="00C00B67" w:rsidRDefault="002124A9" w:rsidP="00260BF1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>Convenios con entidades</w:t>
            </w:r>
            <w:r>
              <w:rPr>
                <w:b/>
                <w:bCs/>
                <w:lang w:val="es-CO"/>
              </w:rPr>
              <w:t xml:space="preserve"> </w:t>
            </w:r>
          </w:p>
          <w:p w14:paraId="4759A754" w14:textId="77777777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Sapiencia</w:t>
            </w:r>
          </w:p>
          <w:p w14:paraId="55750B05" w14:textId="77777777" w:rsidR="002124A9" w:rsidRDefault="002124A9" w:rsidP="00260BF1">
            <w:pPr>
              <w:rPr>
                <w:lang w:val="es-CO"/>
              </w:rPr>
            </w:pPr>
            <w:proofErr w:type="spellStart"/>
            <w:r>
              <w:rPr>
                <w:lang w:val="es-CO"/>
              </w:rPr>
              <w:t>Icetex</w:t>
            </w:r>
            <w:proofErr w:type="spellEnd"/>
          </w:p>
          <w:p w14:paraId="06349FED" w14:textId="77777777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Cooperativa Bolivariana</w:t>
            </w:r>
          </w:p>
          <w:p w14:paraId="2BE80A29" w14:textId="77777777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Comfama</w:t>
            </w:r>
          </w:p>
          <w:p w14:paraId="7FDA902C" w14:textId="77777777" w:rsidR="002124A9" w:rsidRDefault="002124A9" w:rsidP="00260BF1">
            <w:pPr>
              <w:rPr>
                <w:lang w:val="es-CO"/>
              </w:rPr>
            </w:pPr>
            <w:proofErr w:type="spellStart"/>
            <w:r>
              <w:rPr>
                <w:lang w:val="es-CO"/>
              </w:rPr>
              <w:t>Fincomercio</w:t>
            </w:r>
            <w:proofErr w:type="spellEnd"/>
          </w:p>
          <w:p w14:paraId="7ED9DA8C" w14:textId="77777777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Grupo Coomeva</w:t>
            </w:r>
          </w:p>
          <w:p w14:paraId="06A222BA" w14:textId="77777777" w:rsidR="002124A9" w:rsidRDefault="002124A9" w:rsidP="00260BF1">
            <w:pPr>
              <w:rPr>
                <w:lang w:val="es-CO"/>
              </w:rPr>
            </w:pPr>
            <w:proofErr w:type="spellStart"/>
            <w:r>
              <w:rPr>
                <w:lang w:val="es-CO"/>
              </w:rPr>
              <w:t>Finky</w:t>
            </w:r>
            <w:proofErr w:type="spellEnd"/>
          </w:p>
          <w:p w14:paraId="151AE269" w14:textId="77777777" w:rsidR="002124A9" w:rsidRDefault="002124A9" w:rsidP="00260BF1">
            <w:pPr>
              <w:rPr>
                <w:lang w:val="es-CO"/>
              </w:rPr>
            </w:pPr>
            <w:r>
              <w:rPr>
                <w:lang w:val="es-CO"/>
              </w:rPr>
              <w:t>Educación Estrella</w:t>
            </w:r>
          </w:p>
          <w:p w14:paraId="436C8965" w14:textId="77777777" w:rsidR="002124A9" w:rsidRPr="00C00B67" w:rsidRDefault="002124A9" w:rsidP="00260BF1">
            <w:pPr>
              <w:rPr>
                <w:lang w:val="es-CO"/>
              </w:rPr>
            </w:pPr>
          </w:p>
          <w:p w14:paraId="35DFCAD3" w14:textId="77777777" w:rsidR="002124A9" w:rsidRPr="00C00B67" w:rsidRDefault="002124A9" w:rsidP="00260BF1">
            <w:pPr>
              <w:rPr>
                <w:lang w:val="es-CO"/>
              </w:rPr>
            </w:pPr>
          </w:p>
          <w:p w14:paraId="6574C00A" w14:textId="77777777" w:rsidR="002124A9" w:rsidRPr="00C00B67" w:rsidRDefault="002124A9" w:rsidP="00260BF1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>Financiación directa con la Universidad</w:t>
            </w:r>
          </w:p>
          <w:p w14:paraId="4AF83319" w14:textId="77777777" w:rsidR="002124A9" w:rsidRPr="00C00B67" w:rsidRDefault="002124A9" w:rsidP="00260BF1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C00B67">
              <w:rPr>
                <w:lang w:val="es-CO"/>
              </w:rPr>
              <w:t>Acuerdos de pago flexibles directamente con la Universidad</w:t>
            </w:r>
          </w:p>
          <w:p w14:paraId="2ECD1C67" w14:textId="77777777" w:rsidR="002124A9" w:rsidRPr="00C00B67" w:rsidRDefault="002124A9" w:rsidP="00260BF1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C00B67">
              <w:rPr>
                <w:lang w:val="es-CO"/>
              </w:rPr>
              <w:t>Cuotas ajustadas al periodo académico</w:t>
            </w:r>
          </w:p>
          <w:p w14:paraId="0DC7587D" w14:textId="77777777" w:rsidR="002124A9" w:rsidRPr="00C00B67" w:rsidRDefault="002124A9" w:rsidP="00260BF1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C00B67">
              <w:rPr>
                <w:lang w:val="es-CO"/>
              </w:rPr>
              <w:t>Proceso ágil y acompañamiento financiero personalizado</w:t>
            </w:r>
          </w:p>
          <w:p w14:paraId="77DBD2E6" w14:textId="77777777" w:rsidR="002124A9" w:rsidRDefault="002124A9" w:rsidP="00260BF1">
            <w:pPr>
              <w:rPr>
                <w:lang w:val="es-CO"/>
              </w:rPr>
            </w:pPr>
          </w:p>
        </w:tc>
      </w:tr>
      <w:tr w:rsidR="002124A9" w14:paraId="280E591C" w14:textId="77777777" w:rsidTr="002124A9">
        <w:tc>
          <w:tcPr>
            <w:tcW w:w="4366" w:type="dxa"/>
          </w:tcPr>
          <w:p w14:paraId="74979F08" w14:textId="77777777" w:rsidR="002124A9" w:rsidRDefault="002124A9" w:rsidP="00260BF1">
            <w:pPr>
              <w:rPr>
                <w:lang w:val="es-CO"/>
              </w:rPr>
            </w:pPr>
          </w:p>
        </w:tc>
        <w:tc>
          <w:tcPr>
            <w:tcW w:w="4367" w:type="dxa"/>
          </w:tcPr>
          <w:p w14:paraId="77BCE060" w14:textId="77777777" w:rsidR="002124A9" w:rsidRDefault="002124A9" w:rsidP="00260BF1">
            <w:pPr>
              <w:rPr>
                <w:lang w:val="es-CO"/>
              </w:rPr>
            </w:pPr>
          </w:p>
        </w:tc>
        <w:tc>
          <w:tcPr>
            <w:tcW w:w="4367" w:type="dxa"/>
          </w:tcPr>
          <w:p w14:paraId="497D40A4" w14:textId="77777777" w:rsidR="002124A9" w:rsidRDefault="002124A9" w:rsidP="00260BF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Contáctanos: </w:t>
            </w:r>
          </w:p>
          <w:p w14:paraId="6525B9A1" w14:textId="77777777" w:rsidR="002124A9" w:rsidRDefault="002124A9" w:rsidP="00260BF1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</w:rPr>
              <w:t>PBX: (604) 5145600</w:t>
            </w:r>
            <w:r w:rsidRPr="00C00B67">
              <w:rPr>
                <w:b/>
                <w:bCs/>
              </w:rPr>
              <w:br/>
            </w:r>
            <w:hyperlink r:id="rId25" w:history="1">
              <w:r w:rsidRPr="00C00B67">
                <w:rPr>
                  <w:rStyle w:val="Hipervnculo"/>
                  <w:b/>
                  <w:bCs/>
                </w:rPr>
                <w:t>WhatsApp: 300 702 8720</w:t>
              </w:r>
            </w:hyperlink>
          </w:p>
          <w:p w14:paraId="734F3E76" w14:textId="77777777" w:rsidR="002124A9" w:rsidRDefault="002124A9" w:rsidP="00260BF1">
            <w:pPr>
              <w:rPr>
                <w:b/>
                <w:bCs/>
                <w:lang w:val="es-CO"/>
              </w:rPr>
            </w:pPr>
          </w:p>
          <w:p w14:paraId="23F8C76D" w14:textId="421C2110" w:rsidR="002124A9" w:rsidRPr="00C00B67" w:rsidRDefault="002124A9" w:rsidP="00260BF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WWW.USBMED.EDU.CO</w:t>
            </w:r>
          </w:p>
        </w:tc>
      </w:tr>
    </w:tbl>
    <w:p w14:paraId="5314EC59" w14:textId="77777777" w:rsidR="00260BF1" w:rsidRPr="00407EA3" w:rsidRDefault="00260BF1">
      <w:pPr>
        <w:rPr>
          <w:lang w:val="es-CO"/>
        </w:rPr>
      </w:pPr>
    </w:p>
    <w:sectPr w:rsidR="00260BF1" w:rsidRPr="00407EA3" w:rsidSect="00407EA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7169F6"/>
    <w:multiLevelType w:val="multilevel"/>
    <w:tmpl w:val="8A24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55B3C"/>
    <w:multiLevelType w:val="multilevel"/>
    <w:tmpl w:val="9C04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7061B1"/>
    <w:multiLevelType w:val="multilevel"/>
    <w:tmpl w:val="EF80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744304"/>
    <w:multiLevelType w:val="multilevel"/>
    <w:tmpl w:val="7D4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27705"/>
    <w:multiLevelType w:val="hybridMultilevel"/>
    <w:tmpl w:val="8E64384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A05ACD"/>
    <w:multiLevelType w:val="multilevel"/>
    <w:tmpl w:val="61E0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B720B8"/>
    <w:multiLevelType w:val="multilevel"/>
    <w:tmpl w:val="B0E2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D333C9"/>
    <w:multiLevelType w:val="multilevel"/>
    <w:tmpl w:val="D1E0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F04E76"/>
    <w:multiLevelType w:val="multilevel"/>
    <w:tmpl w:val="9E96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0445460">
    <w:abstractNumId w:val="8"/>
  </w:num>
  <w:num w:numId="2" w16cid:durableId="209540207">
    <w:abstractNumId w:val="6"/>
  </w:num>
  <w:num w:numId="3" w16cid:durableId="1454131827">
    <w:abstractNumId w:val="5"/>
  </w:num>
  <w:num w:numId="4" w16cid:durableId="214321744">
    <w:abstractNumId w:val="4"/>
  </w:num>
  <w:num w:numId="5" w16cid:durableId="1229657017">
    <w:abstractNumId w:val="7"/>
  </w:num>
  <w:num w:numId="6" w16cid:durableId="224948055">
    <w:abstractNumId w:val="3"/>
  </w:num>
  <w:num w:numId="7" w16cid:durableId="677192512">
    <w:abstractNumId w:val="2"/>
  </w:num>
  <w:num w:numId="8" w16cid:durableId="1823694521">
    <w:abstractNumId w:val="1"/>
  </w:num>
  <w:num w:numId="9" w16cid:durableId="2080397824">
    <w:abstractNumId w:val="0"/>
  </w:num>
  <w:num w:numId="10" w16cid:durableId="134417702">
    <w:abstractNumId w:val="14"/>
  </w:num>
  <w:num w:numId="11" w16cid:durableId="1410466639">
    <w:abstractNumId w:val="9"/>
  </w:num>
  <w:num w:numId="12" w16cid:durableId="1045984884">
    <w:abstractNumId w:val="10"/>
  </w:num>
  <w:num w:numId="13" w16cid:durableId="546768757">
    <w:abstractNumId w:val="12"/>
  </w:num>
  <w:num w:numId="14" w16cid:durableId="924534318">
    <w:abstractNumId w:val="15"/>
  </w:num>
  <w:num w:numId="15" w16cid:durableId="138617780">
    <w:abstractNumId w:val="11"/>
  </w:num>
  <w:num w:numId="16" w16cid:durableId="1574898624">
    <w:abstractNumId w:val="16"/>
  </w:num>
  <w:num w:numId="17" w16cid:durableId="1429346334">
    <w:abstractNumId w:val="17"/>
  </w:num>
  <w:num w:numId="18" w16cid:durableId="14099634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594"/>
    <w:rsid w:val="00134855"/>
    <w:rsid w:val="0014429A"/>
    <w:rsid w:val="0015074B"/>
    <w:rsid w:val="001756CB"/>
    <w:rsid w:val="0019390B"/>
    <w:rsid w:val="001C5D4F"/>
    <w:rsid w:val="002124A9"/>
    <w:rsid w:val="00260BF1"/>
    <w:rsid w:val="00261979"/>
    <w:rsid w:val="00282B6F"/>
    <w:rsid w:val="0029639D"/>
    <w:rsid w:val="00326F90"/>
    <w:rsid w:val="003430B0"/>
    <w:rsid w:val="003B6982"/>
    <w:rsid w:val="00404F85"/>
    <w:rsid w:val="00407EA3"/>
    <w:rsid w:val="00473C5A"/>
    <w:rsid w:val="00474AEF"/>
    <w:rsid w:val="004B3D7B"/>
    <w:rsid w:val="00525CCA"/>
    <w:rsid w:val="0053374D"/>
    <w:rsid w:val="006A1488"/>
    <w:rsid w:val="006C6E6A"/>
    <w:rsid w:val="006F6656"/>
    <w:rsid w:val="009D63C9"/>
    <w:rsid w:val="009F7D1E"/>
    <w:rsid w:val="00A80DF6"/>
    <w:rsid w:val="00AA1D8D"/>
    <w:rsid w:val="00B47730"/>
    <w:rsid w:val="00BB3D59"/>
    <w:rsid w:val="00C57DDC"/>
    <w:rsid w:val="00C77FC7"/>
    <w:rsid w:val="00C858EF"/>
    <w:rsid w:val="00C91AEE"/>
    <w:rsid w:val="00CB0664"/>
    <w:rsid w:val="00CE5F22"/>
    <w:rsid w:val="00D81099"/>
    <w:rsid w:val="00E712D4"/>
    <w:rsid w:val="00E74DC9"/>
    <w:rsid w:val="00FC6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E2C6A"/>
  <w14:defaultImageDpi w14:val="300"/>
  <w15:docId w15:val="{93AB51FD-EBFF-4853-B1DF-47D1644D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concuadrculaclara">
    <w:name w:val="Grid Table Light"/>
    <w:basedOn w:val="Tablanormal"/>
    <w:uiPriority w:val="99"/>
    <w:rsid w:val="00407E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nculo">
    <w:name w:val="Hyperlink"/>
    <w:basedOn w:val="Fuentedeprrafopredeter"/>
    <w:uiPriority w:val="99"/>
    <w:unhideWhenUsed/>
    <w:rsid w:val="00407EA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7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programas/pregrados/tecnologia-en-entrenamiento-deportivo" TargetMode="External"/><Relationship Id="rId13" Type="http://schemas.openxmlformats.org/officeDocument/2006/relationships/hyperlink" Target="https://usbmed.edu.co/programas/pregrados/negocios-internacionales" TargetMode="External"/><Relationship Id="rId18" Type="http://schemas.openxmlformats.org/officeDocument/2006/relationships/hyperlink" Target="https://usbmed.edu.co/programas/pregrados/ingenieria-ambienta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usbmed.edu.co/programas/pregrados/ingenieria-industrial" TargetMode="External"/><Relationship Id="rId7" Type="http://schemas.openxmlformats.org/officeDocument/2006/relationships/hyperlink" Target="https://usbmed.edu.co/programas/tecnicos-laborales/tecnica-profesional-en-montaje-escenico" TargetMode="External"/><Relationship Id="rId12" Type="http://schemas.openxmlformats.org/officeDocument/2006/relationships/hyperlink" Target="https://usbmed.edu.co/programas/pregrados/contaduria-publica" TargetMode="External"/><Relationship Id="rId17" Type="http://schemas.openxmlformats.org/officeDocument/2006/relationships/hyperlink" Target="https://usbmed.edu.co/programas/pregrados/creacion-de-contenidos-digitales" TargetMode="External"/><Relationship Id="rId25" Type="http://schemas.openxmlformats.org/officeDocument/2006/relationships/hyperlink" Target="tel:+5731520126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sbmed.edu.co/programas/pregrados/licenciatura-en-educacion-infantil" TargetMode="External"/><Relationship Id="rId20" Type="http://schemas.openxmlformats.org/officeDocument/2006/relationships/hyperlink" Target="https://usbmed.edu.co/programas/pregrados/ingenieria-de-sistemas-cibernetico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bmed.edu.co/programas/tecnicos-laborales/avaluos-y-tasaciones-de-bienes-inmuebles-urbanos-y-rurales" TargetMode="External"/><Relationship Id="rId11" Type="http://schemas.openxmlformats.org/officeDocument/2006/relationships/hyperlink" Target="https://usbmed.edu.co/programas/pregrados/administracion-de-negocios" TargetMode="External"/><Relationship Id="rId24" Type="http://schemas.openxmlformats.org/officeDocument/2006/relationships/hyperlink" Target="https://usbmed.edu.co/programas/pregrados/psicolog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bmed.edu.co/programas/pregrados/licenciatura-en-educacion-fisica-y-deporte" TargetMode="External"/><Relationship Id="rId23" Type="http://schemas.openxmlformats.org/officeDocument/2006/relationships/hyperlink" Target="https://usbmed.edu.co/programas/pregrados/ingenieria-de-sonido" TargetMode="External"/><Relationship Id="rId10" Type="http://schemas.openxmlformats.org/officeDocument/2006/relationships/hyperlink" Target="https://usbmed.edu.co/programas/pregrados/diseno-industrial" TargetMode="External"/><Relationship Id="rId19" Type="http://schemas.openxmlformats.org/officeDocument/2006/relationships/hyperlink" Target="https://usbmed.edu.co/programas/pregrados/ingenieria-de-datos-y-softwa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bmed.edu.co/programas/pregrados/arquitectura" TargetMode="External"/><Relationship Id="rId14" Type="http://schemas.openxmlformats.org/officeDocument/2006/relationships/hyperlink" Target="https://usbmed.edu.co/programas/pregrados/derecho" TargetMode="External"/><Relationship Id="rId22" Type="http://schemas.openxmlformats.org/officeDocument/2006/relationships/hyperlink" Target="https://usbmed.edu.co/programas/pregrados/ingenieria-multimedi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1698</Words>
  <Characters>12997</Characters>
  <Application>Microsoft Office Word</Application>
  <DocSecurity>0</DocSecurity>
  <Lines>519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Milena Arias.</cp:lastModifiedBy>
  <cp:revision>27</cp:revision>
  <dcterms:created xsi:type="dcterms:W3CDTF">2026-04-19T00:10:00Z</dcterms:created>
  <dcterms:modified xsi:type="dcterms:W3CDTF">2026-04-19T00:24:00Z</dcterms:modified>
  <cp:category/>
</cp:coreProperties>
</file>