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6E04" w14:textId="77777777" w:rsidR="00A177F8" w:rsidRDefault="00000000">
      <w:pPr>
        <w:pStyle w:val="Ttulo2"/>
      </w:pPr>
      <w:r>
        <w:t>Información para Matrícula o Tarjeta Profesional</w:t>
      </w:r>
    </w:p>
    <w:tbl>
      <w:tblPr>
        <w:tblStyle w:val="Tablaconcuadrcula"/>
        <w:tblW w:w="10612" w:type="dxa"/>
        <w:tblInd w:w="-990" w:type="dxa"/>
        <w:tblLook w:val="04A0" w:firstRow="1" w:lastRow="0" w:firstColumn="1" w:lastColumn="0" w:noHBand="0" w:noVBand="1"/>
      </w:tblPr>
      <w:tblGrid>
        <w:gridCol w:w="1634"/>
        <w:gridCol w:w="1669"/>
        <w:gridCol w:w="3639"/>
        <w:gridCol w:w="3670"/>
      </w:tblGrid>
      <w:tr w:rsidR="00A727F8" w14:paraId="59F6128D" w14:textId="10B65E1A" w:rsidTr="007F6EAC">
        <w:tc>
          <w:tcPr>
            <w:tcW w:w="1601" w:type="dxa"/>
          </w:tcPr>
          <w:p w14:paraId="47FC2FBF" w14:textId="77777777" w:rsidR="00A727F8" w:rsidRPr="00A727F8" w:rsidRDefault="00A727F8">
            <w:pPr>
              <w:rPr>
                <w:b/>
                <w:bCs/>
              </w:rPr>
            </w:pPr>
            <w:proofErr w:type="spellStart"/>
            <w:r w:rsidRPr="00A727F8">
              <w:rPr>
                <w:b/>
                <w:bCs/>
              </w:rPr>
              <w:t>Título</w:t>
            </w:r>
            <w:proofErr w:type="spellEnd"/>
            <w:r w:rsidRPr="00A727F8">
              <w:rPr>
                <w:b/>
                <w:bCs/>
              </w:rPr>
              <w:t xml:space="preserve"> </w:t>
            </w:r>
            <w:proofErr w:type="spellStart"/>
            <w:r w:rsidRPr="00A727F8">
              <w:rPr>
                <w:b/>
                <w:bCs/>
              </w:rPr>
              <w:t>obtenido</w:t>
            </w:r>
            <w:proofErr w:type="spellEnd"/>
          </w:p>
        </w:tc>
        <w:tc>
          <w:tcPr>
            <w:tcW w:w="1669" w:type="dxa"/>
          </w:tcPr>
          <w:p w14:paraId="30C0973E" w14:textId="77777777" w:rsidR="00A727F8" w:rsidRPr="00A727F8" w:rsidRDefault="00A727F8">
            <w:pPr>
              <w:rPr>
                <w:b/>
                <w:bCs/>
              </w:rPr>
            </w:pPr>
            <w:r w:rsidRPr="00A727F8">
              <w:rPr>
                <w:b/>
                <w:bCs/>
              </w:rPr>
              <w:t>Empresa que la expide</w:t>
            </w:r>
          </w:p>
        </w:tc>
        <w:tc>
          <w:tcPr>
            <w:tcW w:w="3672" w:type="dxa"/>
          </w:tcPr>
          <w:p w14:paraId="6776F731" w14:textId="02B4BBCD" w:rsidR="00A727F8" w:rsidRPr="00A727F8" w:rsidRDefault="00A727F8" w:rsidP="00A727F8">
            <w:pPr>
              <w:jc w:val="center"/>
              <w:rPr>
                <w:b/>
                <w:bCs/>
              </w:rPr>
            </w:pPr>
            <w:proofErr w:type="spellStart"/>
            <w:r w:rsidRPr="00A727F8">
              <w:rPr>
                <w:b/>
                <w:bCs/>
              </w:rPr>
              <w:t>Ubicación</w:t>
            </w:r>
            <w:proofErr w:type="spellEnd"/>
          </w:p>
        </w:tc>
        <w:tc>
          <w:tcPr>
            <w:tcW w:w="3670" w:type="dxa"/>
          </w:tcPr>
          <w:p w14:paraId="3F44C43E" w14:textId="4E796486" w:rsidR="00A727F8" w:rsidRPr="00A727F8" w:rsidRDefault="00A727F8">
            <w:pPr>
              <w:rPr>
                <w:b/>
                <w:bCs/>
              </w:rPr>
            </w:pPr>
            <w:proofErr w:type="spellStart"/>
            <w:r w:rsidRPr="00A727F8">
              <w:rPr>
                <w:b/>
                <w:bCs/>
              </w:rPr>
              <w:t>Dirección</w:t>
            </w:r>
            <w:proofErr w:type="spellEnd"/>
            <w:r w:rsidRPr="00A727F8">
              <w:rPr>
                <w:b/>
                <w:bCs/>
              </w:rPr>
              <w:t xml:space="preserve"> </w:t>
            </w:r>
            <w:proofErr w:type="spellStart"/>
            <w:r w:rsidRPr="00A727F8">
              <w:rPr>
                <w:b/>
                <w:bCs/>
              </w:rPr>
              <w:t>electrónica</w:t>
            </w:r>
            <w:proofErr w:type="spellEnd"/>
          </w:p>
        </w:tc>
      </w:tr>
      <w:tr w:rsidR="00A727F8" w14:paraId="64BA2D4C" w14:textId="4C294C39" w:rsidTr="007F6EAC">
        <w:tc>
          <w:tcPr>
            <w:tcW w:w="1601" w:type="dxa"/>
          </w:tcPr>
          <w:p w14:paraId="50329FCF" w14:textId="77777777" w:rsidR="00A727F8" w:rsidRDefault="00A727F8">
            <w:proofErr w:type="spellStart"/>
            <w:r>
              <w:t>Administrador</w:t>
            </w:r>
            <w:proofErr w:type="spellEnd"/>
            <w:r>
              <w:t xml:space="preserve"> de Negocios</w:t>
            </w:r>
          </w:p>
        </w:tc>
        <w:tc>
          <w:tcPr>
            <w:tcW w:w="1669" w:type="dxa"/>
          </w:tcPr>
          <w:p w14:paraId="4129BA51" w14:textId="77777777" w:rsidR="00A727F8" w:rsidRDefault="00A727F8">
            <w:r>
              <w:t>Consejo Profesional de Administración de Empresas</w:t>
            </w:r>
          </w:p>
        </w:tc>
        <w:tc>
          <w:tcPr>
            <w:tcW w:w="3672" w:type="dxa"/>
          </w:tcPr>
          <w:p w14:paraId="78DD8166" w14:textId="3FBAF021" w:rsidR="00A727F8" w:rsidRDefault="00A727F8">
            <w:r>
              <w:t xml:space="preserve">Carrera 15 No. 98-42, Edificio Office Point, Oficina 606, Bogotá. PBX (571)4926470. Lun-Vie 8:00-12:30 y 1:30-5:00. </w:t>
            </w:r>
          </w:p>
        </w:tc>
        <w:tc>
          <w:tcPr>
            <w:tcW w:w="3670" w:type="dxa"/>
          </w:tcPr>
          <w:p w14:paraId="675E0E68" w14:textId="019B0A98" w:rsidR="00A727F8" w:rsidRDefault="00A727F8">
            <w:r>
              <w:t>http://www.cpae.gov.co/</w:t>
            </w:r>
          </w:p>
        </w:tc>
      </w:tr>
      <w:tr w:rsidR="00A727F8" w14:paraId="4D4D7D78" w14:textId="1E5B949C" w:rsidTr="007F6EAC">
        <w:tc>
          <w:tcPr>
            <w:tcW w:w="1601" w:type="dxa"/>
          </w:tcPr>
          <w:p w14:paraId="5568B791" w14:textId="77777777" w:rsidR="00A727F8" w:rsidRDefault="00A727F8">
            <w:r>
              <w:t>Contador</w:t>
            </w:r>
          </w:p>
        </w:tc>
        <w:tc>
          <w:tcPr>
            <w:tcW w:w="1669" w:type="dxa"/>
          </w:tcPr>
          <w:p w14:paraId="2D57124A" w14:textId="77777777" w:rsidR="00A727F8" w:rsidRDefault="00A727F8">
            <w:r>
              <w:t>Junta Central de Contadores</w:t>
            </w:r>
          </w:p>
        </w:tc>
        <w:tc>
          <w:tcPr>
            <w:tcW w:w="3672" w:type="dxa"/>
          </w:tcPr>
          <w:p w14:paraId="006567D8" w14:textId="647CD375" w:rsidR="00A727F8" w:rsidRDefault="00A727F8">
            <w:r>
              <w:t xml:space="preserve">Calle 49B No.64B-54 Of.302 Edificio San Pablo, Medellín. Tel (4)2305648,2301699,5802200 Ext101,107,108. info@jcc.gov.co </w:t>
            </w:r>
          </w:p>
        </w:tc>
        <w:tc>
          <w:tcPr>
            <w:tcW w:w="3670" w:type="dxa"/>
          </w:tcPr>
          <w:p w14:paraId="74E80A93" w14:textId="77777777" w:rsidR="00A727F8" w:rsidRDefault="00A727F8"/>
          <w:p w14:paraId="3A60DC92" w14:textId="04EA9D3F" w:rsidR="00A727F8" w:rsidRPr="00A727F8" w:rsidRDefault="00A727F8" w:rsidP="00A727F8">
            <w:pPr>
              <w:jc w:val="center"/>
            </w:pPr>
            <w:r>
              <w:t>http://www.jccconta.gov.co/</w:t>
            </w:r>
          </w:p>
        </w:tc>
      </w:tr>
      <w:tr w:rsidR="00A727F8" w14:paraId="1451FCDD" w14:textId="30FA93D9" w:rsidTr="007F6EAC">
        <w:tc>
          <w:tcPr>
            <w:tcW w:w="1601" w:type="dxa"/>
          </w:tcPr>
          <w:p w14:paraId="30D340AF" w14:textId="77777777" w:rsidR="00A727F8" w:rsidRDefault="00A727F8">
            <w:r>
              <w:t>Ingeniero de Sistemas / Ingeniero Industrial</w:t>
            </w:r>
          </w:p>
        </w:tc>
        <w:tc>
          <w:tcPr>
            <w:tcW w:w="1669" w:type="dxa"/>
          </w:tcPr>
          <w:p w14:paraId="33654481" w14:textId="77777777" w:rsidR="00A727F8" w:rsidRDefault="00A727F8">
            <w:r>
              <w:t>COPNIA</w:t>
            </w:r>
          </w:p>
        </w:tc>
        <w:tc>
          <w:tcPr>
            <w:tcW w:w="3672" w:type="dxa"/>
          </w:tcPr>
          <w:p w14:paraId="4F01D4EA" w14:textId="585C37F2" w:rsidR="00A727F8" w:rsidRDefault="00A727F8">
            <w:r>
              <w:t>Calle 96 No.9A-21 Bogotá. info@copnia.gov.co antioquia@copnia.gov.co</w:t>
            </w:r>
          </w:p>
        </w:tc>
        <w:tc>
          <w:tcPr>
            <w:tcW w:w="3670" w:type="dxa"/>
          </w:tcPr>
          <w:p w14:paraId="1806B843" w14:textId="64DB2291" w:rsidR="00A727F8" w:rsidRDefault="00A727F8">
            <w:r>
              <w:t>http://www.copnia.gov.co/</w:t>
            </w:r>
          </w:p>
        </w:tc>
      </w:tr>
      <w:tr w:rsidR="00A727F8" w14:paraId="256EEEDD" w14:textId="54D7A04E" w:rsidTr="007F6EAC">
        <w:tc>
          <w:tcPr>
            <w:tcW w:w="1601" w:type="dxa"/>
          </w:tcPr>
          <w:p w14:paraId="285E5452" w14:textId="77777777" w:rsidR="00A727F8" w:rsidRPr="00A727F8" w:rsidRDefault="00A727F8">
            <w:pPr>
              <w:rPr>
                <w:highlight w:val="yellow"/>
              </w:rPr>
            </w:pPr>
            <w:r w:rsidRPr="00A727F8">
              <w:rPr>
                <w:highlight w:val="yellow"/>
              </w:rPr>
              <w:t>Ingeniero de Sonido / Ingeniero Multimedia</w:t>
            </w:r>
          </w:p>
        </w:tc>
        <w:tc>
          <w:tcPr>
            <w:tcW w:w="1669" w:type="dxa"/>
          </w:tcPr>
          <w:p w14:paraId="45D5A3CF" w14:textId="1B1DEDEE" w:rsidR="00A727F8" w:rsidRPr="00A727F8" w:rsidRDefault="00A727F8">
            <w:pPr>
              <w:rPr>
                <w:highlight w:val="yellow"/>
              </w:rPr>
            </w:pPr>
            <w:r w:rsidRPr="00A727F8">
              <w:rPr>
                <w:highlight w:val="yellow"/>
              </w:rPr>
              <w:t>COPNIA</w:t>
            </w:r>
          </w:p>
        </w:tc>
        <w:tc>
          <w:tcPr>
            <w:tcW w:w="3672" w:type="dxa"/>
          </w:tcPr>
          <w:p w14:paraId="2FFA03C2" w14:textId="681E4E4D" w:rsidR="00A727F8" w:rsidRPr="00A727F8" w:rsidRDefault="00A727F8">
            <w:pPr>
              <w:rPr>
                <w:highlight w:val="yellow"/>
              </w:rPr>
            </w:pPr>
            <w:r w:rsidRPr="00A727F8">
              <w:rPr>
                <w:highlight w:val="yellow"/>
              </w:rPr>
              <w:t>Calle 96 No.9A-21 Bogotá. info@copnia.gov.co antioquia@copnia.gov.co</w:t>
            </w:r>
          </w:p>
        </w:tc>
        <w:tc>
          <w:tcPr>
            <w:tcW w:w="3670" w:type="dxa"/>
          </w:tcPr>
          <w:p w14:paraId="6F2DB27D" w14:textId="2DA939A8" w:rsidR="00A727F8" w:rsidRPr="007F6EAC" w:rsidRDefault="007D66CC">
            <w:pPr>
              <w:rPr>
                <w:highlight w:val="yellow"/>
              </w:rPr>
            </w:pPr>
            <w:r w:rsidRPr="007F6EAC">
              <w:rPr>
                <w:highlight w:val="yellow"/>
              </w:rPr>
              <w:t>http://www.copnia.gov.co/</w:t>
            </w:r>
          </w:p>
        </w:tc>
      </w:tr>
      <w:tr w:rsidR="00A727F8" w14:paraId="7365EF17" w14:textId="472563AA" w:rsidTr="007F6EAC">
        <w:tc>
          <w:tcPr>
            <w:tcW w:w="1601" w:type="dxa"/>
          </w:tcPr>
          <w:p w14:paraId="2BCE4F68" w14:textId="77777777" w:rsidR="00A727F8" w:rsidRDefault="00A727F8">
            <w:r>
              <w:t xml:space="preserve">Ingeniero </w:t>
            </w:r>
            <w:proofErr w:type="spellStart"/>
            <w:r>
              <w:t>Electrónico</w:t>
            </w:r>
            <w:proofErr w:type="spellEnd"/>
            <w:r>
              <w:t xml:space="preserve"> y </w:t>
            </w:r>
            <w:proofErr w:type="spellStart"/>
            <w:r>
              <w:t>afines</w:t>
            </w:r>
            <w:proofErr w:type="spellEnd"/>
          </w:p>
        </w:tc>
        <w:tc>
          <w:tcPr>
            <w:tcW w:w="1669" w:type="dxa"/>
          </w:tcPr>
          <w:p w14:paraId="24C90853" w14:textId="09387E2B" w:rsidR="00A727F8" w:rsidRDefault="007F6EAC">
            <w:r w:rsidRPr="00A727F8">
              <w:rPr>
                <w:highlight w:val="yellow"/>
              </w:rPr>
              <w:t>COPNIA</w:t>
            </w:r>
          </w:p>
        </w:tc>
        <w:tc>
          <w:tcPr>
            <w:tcW w:w="3672" w:type="dxa"/>
          </w:tcPr>
          <w:p w14:paraId="4F510CD4" w14:textId="10D3438D" w:rsidR="00A727F8" w:rsidRDefault="007F6EAC">
            <w:r w:rsidRPr="00A727F8">
              <w:rPr>
                <w:highlight w:val="yellow"/>
              </w:rPr>
              <w:t>Calle 96 No.9A-21 Bogotá. info@copnia.gov.co antioquia@copnia.gov.co</w:t>
            </w:r>
            <w:r w:rsidR="00A727F8">
              <w:t xml:space="preserve">. </w:t>
            </w:r>
          </w:p>
        </w:tc>
        <w:tc>
          <w:tcPr>
            <w:tcW w:w="3670" w:type="dxa"/>
          </w:tcPr>
          <w:p w14:paraId="006D4D26" w14:textId="5433361E" w:rsidR="00A727F8" w:rsidRDefault="007F6EAC">
            <w:hyperlink r:id="rId6" w:history="1">
              <w:r w:rsidR="00A727F8" w:rsidRPr="007F6EAC">
                <w:rPr>
                  <w:rStyle w:val="Hipervnculo"/>
                  <w:highlight w:val="yellow"/>
                </w:rPr>
                <w:t>http://www.aciemantioquia.org aciemantioquia@aciemantioquia.org</w:t>
              </w:r>
            </w:hyperlink>
          </w:p>
        </w:tc>
      </w:tr>
      <w:tr w:rsidR="00A727F8" w14:paraId="0D068D74" w14:textId="7C355CDA" w:rsidTr="007F6EAC">
        <w:tc>
          <w:tcPr>
            <w:tcW w:w="1601" w:type="dxa"/>
          </w:tcPr>
          <w:p w14:paraId="28922989" w14:textId="77777777" w:rsidR="00A727F8" w:rsidRDefault="00A727F8">
            <w:proofErr w:type="spellStart"/>
            <w:r>
              <w:t>Arquitecto</w:t>
            </w:r>
            <w:proofErr w:type="spellEnd"/>
          </w:p>
        </w:tc>
        <w:tc>
          <w:tcPr>
            <w:tcW w:w="1669" w:type="dxa"/>
          </w:tcPr>
          <w:p w14:paraId="0A504111" w14:textId="77777777" w:rsidR="00A727F8" w:rsidRDefault="00A727F8">
            <w:r>
              <w:t>CPNAA</w:t>
            </w:r>
          </w:p>
        </w:tc>
        <w:tc>
          <w:tcPr>
            <w:tcW w:w="3672" w:type="dxa"/>
          </w:tcPr>
          <w:p w14:paraId="43DCE9EA" w14:textId="2CD6F69E" w:rsidR="00A727F8" w:rsidRDefault="00A727F8">
            <w:r>
              <w:t>Carrera 6 No.26B-85 Piso2 Bogotá. PBX3502700 Ext105. info@arquitecturacolombia.org.co</w:t>
            </w:r>
          </w:p>
        </w:tc>
        <w:tc>
          <w:tcPr>
            <w:tcW w:w="3670" w:type="dxa"/>
          </w:tcPr>
          <w:p w14:paraId="2638244A" w14:textId="2BC64E21" w:rsidR="00A727F8" w:rsidRDefault="00A727F8">
            <w:r>
              <w:t>http://www.cpnaa.gov.co</w:t>
            </w:r>
          </w:p>
        </w:tc>
      </w:tr>
      <w:tr w:rsidR="00A727F8" w14:paraId="5215220D" w14:textId="52D4EB18" w:rsidTr="007F6EAC">
        <w:tc>
          <w:tcPr>
            <w:tcW w:w="1601" w:type="dxa"/>
          </w:tcPr>
          <w:p w14:paraId="4F6D4DA4" w14:textId="77777777" w:rsidR="00A727F8" w:rsidRDefault="00A727F8">
            <w:proofErr w:type="spellStart"/>
            <w:r>
              <w:t>Diseñador</w:t>
            </w:r>
            <w:proofErr w:type="spellEnd"/>
            <w:r>
              <w:t xml:space="preserve"> Industrial</w:t>
            </w:r>
          </w:p>
        </w:tc>
        <w:tc>
          <w:tcPr>
            <w:tcW w:w="1669" w:type="dxa"/>
          </w:tcPr>
          <w:p w14:paraId="2F4876C1" w14:textId="77777777" w:rsidR="00A727F8" w:rsidRDefault="00A727F8">
            <w:r>
              <w:t>Comisión Profesional Colombiana de Diseño Industrial</w:t>
            </w:r>
          </w:p>
        </w:tc>
        <w:tc>
          <w:tcPr>
            <w:tcW w:w="3672" w:type="dxa"/>
          </w:tcPr>
          <w:p w14:paraId="0A008C5A" w14:textId="3B5C633A" w:rsidR="00A727F8" w:rsidRDefault="00A727F8">
            <w:r>
              <w:t xml:space="preserve">Calle20 No13-15 p14 Bogotá. Tel (57 1)6067676 </w:t>
            </w:r>
          </w:p>
        </w:tc>
        <w:tc>
          <w:tcPr>
            <w:tcW w:w="3670" w:type="dxa"/>
          </w:tcPr>
          <w:p w14:paraId="5E115BEE" w14:textId="77777777" w:rsidR="00A727F8" w:rsidRDefault="00A727F8"/>
          <w:p w14:paraId="405C1FEE" w14:textId="77777777" w:rsidR="00A727F8" w:rsidRDefault="00A727F8" w:rsidP="00A727F8"/>
          <w:p w14:paraId="4D4BEB1C" w14:textId="447E83D2" w:rsidR="00A727F8" w:rsidRPr="00A727F8" w:rsidRDefault="00A727F8" w:rsidP="00A727F8">
            <w:pPr>
              <w:tabs>
                <w:tab w:val="left" w:pos="1050"/>
                <w:tab w:val="left" w:pos="1155"/>
              </w:tabs>
            </w:pPr>
            <w:r>
              <w:t>mipymep3@mincomercio.gov.co</w:t>
            </w:r>
            <w:r>
              <w:tab/>
            </w:r>
          </w:p>
        </w:tc>
      </w:tr>
      <w:tr w:rsidR="00A727F8" w14:paraId="665E9A5D" w14:textId="74876085" w:rsidTr="007F6EAC">
        <w:tc>
          <w:tcPr>
            <w:tcW w:w="1601" w:type="dxa"/>
          </w:tcPr>
          <w:p w14:paraId="0FC81FE5" w14:textId="77777777" w:rsidR="00A727F8" w:rsidRDefault="00A727F8">
            <w:proofErr w:type="spellStart"/>
            <w:r>
              <w:t>Psicólogo</w:t>
            </w:r>
            <w:proofErr w:type="spellEnd"/>
          </w:p>
        </w:tc>
        <w:tc>
          <w:tcPr>
            <w:tcW w:w="1669" w:type="dxa"/>
          </w:tcPr>
          <w:p w14:paraId="0B7C5F7F" w14:textId="77777777" w:rsidR="00A727F8" w:rsidRDefault="00A727F8">
            <w:r>
              <w:t>COLPSIC</w:t>
            </w:r>
          </w:p>
        </w:tc>
        <w:tc>
          <w:tcPr>
            <w:tcW w:w="3672" w:type="dxa"/>
          </w:tcPr>
          <w:p w14:paraId="3D6853AB" w14:textId="353F2C36" w:rsidR="00A727F8" w:rsidRDefault="00A727F8">
            <w:r>
              <w:t>Calle52 No25-90 Bogotá. PBX7451470. colpsic@colpsic.org.co</w:t>
            </w:r>
          </w:p>
        </w:tc>
        <w:tc>
          <w:tcPr>
            <w:tcW w:w="3670" w:type="dxa"/>
          </w:tcPr>
          <w:p w14:paraId="547888F5" w14:textId="77777777" w:rsidR="00A727F8" w:rsidRDefault="00A727F8"/>
          <w:p w14:paraId="088EB5DF" w14:textId="2F2B0C1A" w:rsidR="00A727F8" w:rsidRPr="00A727F8" w:rsidRDefault="00A727F8" w:rsidP="00A727F8">
            <w:pPr>
              <w:ind w:firstLine="720"/>
            </w:pPr>
            <w:r>
              <w:t>http://www.colpsic.org.co</w:t>
            </w:r>
          </w:p>
        </w:tc>
      </w:tr>
      <w:tr w:rsidR="00A727F8" w14:paraId="28CEA910" w14:textId="65E3E0AF" w:rsidTr="007F6EAC">
        <w:tc>
          <w:tcPr>
            <w:tcW w:w="1601" w:type="dxa"/>
          </w:tcPr>
          <w:p w14:paraId="5654DA6B" w14:textId="77777777" w:rsidR="00A727F8" w:rsidRDefault="00A727F8">
            <w:r>
              <w:t>Abogado</w:t>
            </w:r>
          </w:p>
        </w:tc>
        <w:tc>
          <w:tcPr>
            <w:tcW w:w="1669" w:type="dxa"/>
          </w:tcPr>
          <w:p w14:paraId="104C25A6" w14:textId="77777777" w:rsidR="00A727F8" w:rsidRDefault="00A727F8">
            <w:r>
              <w:t>Registro Nacional de Abogados - Consejo Superior de la Judicatura</w:t>
            </w:r>
          </w:p>
        </w:tc>
        <w:tc>
          <w:tcPr>
            <w:tcW w:w="3672" w:type="dxa"/>
          </w:tcPr>
          <w:p w14:paraId="544CFE8F" w14:textId="5445C9BC" w:rsidR="00A727F8" w:rsidRDefault="00A727F8">
            <w:r>
              <w:t xml:space="preserve">Calle12 No7-65 Bogotá. PBX5658500. </w:t>
            </w:r>
          </w:p>
        </w:tc>
        <w:tc>
          <w:tcPr>
            <w:tcW w:w="3670" w:type="dxa"/>
          </w:tcPr>
          <w:p w14:paraId="722F8E03" w14:textId="14591BEC" w:rsidR="00A727F8" w:rsidRDefault="00A727F8">
            <w:r>
              <w:t>http://www.ramajudicial.gov.co/</w:t>
            </w:r>
          </w:p>
        </w:tc>
      </w:tr>
      <w:tr w:rsidR="007F6EAC" w14:paraId="4FE56435" w14:textId="77777777" w:rsidTr="007F6EAC">
        <w:tc>
          <w:tcPr>
            <w:tcW w:w="1601" w:type="dxa"/>
          </w:tcPr>
          <w:p w14:paraId="097E8B9A" w14:textId="498747E7" w:rsidR="007F6EAC" w:rsidRPr="00972035" w:rsidRDefault="007F6EAC" w:rsidP="007F6EAC">
            <w:pPr>
              <w:jc w:val="center"/>
              <w:rPr>
                <w:highlight w:val="yellow"/>
              </w:rPr>
            </w:pPr>
            <w:r w:rsidRPr="00972035">
              <w:rPr>
                <w:highlight w:val="yellow"/>
              </w:rPr>
              <w:t xml:space="preserve">Licenciado en Educación </w:t>
            </w:r>
            <w:proofErr w:type="spellStart"/>
            <w:r w:rsidRPr="00972035">
              <w:rPr>
                <w:highlight w:val="yellow"/>
              </w:rPr>
              <w:t>Física</w:t>
            </w:r>
            <w:proofErr w:type="spellEnd"/>
            <w:r w:rsidRPr="00972035">
              <w:rPr>
                <w:highlight w:val="yellow"/>
              </w:rPr>
              <w:t xml:space="preserve"> / </w:t>
            </w:r>
            <w:proofErr w:type="spellStart"/>
            <w:r w:rsidR="00972035" w:rsidRPr="00972035">
              <w:rPr>
                <w:highlight w:val="yellow"/>
              </w:rPr>
              <w:t>Tecnología</w:t>
            </w:r>
            <w:proofErr w:type="spellEnd"/>
            <w:r w:rsidR="00972035" w:rsidRPr="00972035">
              <w:rPr>
                <w:highlight w:val="yellow"/>
              </w:rPr>
              <w:t xml:space="preserve"> en </w:t>
            </w:r>
            <w:proofErr w:type="spellStart"/>
            <w:r w:rsidR="00972035" w:rsidRPr="00972035">
              <w:rPr>
                <w:highlight w:val="yellow"/>
              </w:rPr>
              <w:t>Entrenamiento</w:t>
            </w:r>
            <w:proofErr w:type="spellEnd"/>
            <w:r w:rsidR="00972035" w:rsidRPr="00972035">
              <w:rPr>
                <w:highlight w:val="yellow"/>
              </w:rPr>
              <w:t xml:space="preserve"> Deportivo</w:t>
            </w:r>
          </w:p>
        </w:tc>
        <w:tc>
          <w:tcPr>
            <w:tcW w:w="1669" w:type="dxa"/>
          </w:tcPr>
          <w:p w14:paraId="56BE43A6" w14:textId="572EA9C3" w:rsidR="007F6EAC" w:rsidRPr="00972035" w:rsidRDefault="00972035">
            <w:pPr>
              <w:rPr>
                <w:highlight w:val="yellow"/>
              </w:rPr>
            </w:pPr>
            <w:r w:rsidRPr="00972035">
              <w:rPr>
                <w:highlight w:val="yellow"/>
              </w:rPr>
              <w:t xml:space="preserve"> COCED</w:t>
            </w:r>
          </w:p>
        </w:tc>
        <w:tc>
          <w:tcPr>
            <w:tcW w:w="3672" w:type="dxa"/>
          </w:tcPr>
          <w:p w14:paraId="356ECC56" w14:textId="77777777" w:rsidR="007F6EAC" w:rsidRPr="00972035" w:rsidRDefault="00972035">
            <w:pPr>
              <w:rPr>
                <w:highlight w:val="yellow"/>
              </w:rPr>
            </w:pPr>
            <w:proofErr w:type="spellStart"/>
            <w:r w:rsidRPr="00972035">
              <w:rPr>
                <w:highlight w:val="yellow"/>
              </w:rPr>
              <w:t>Cll</w:t>
            </w:r>
            <w:proofErr w:type="spellEnd"/>
            <w:r w:rsidRPr="00972035">
              <w:rPr>
                <w:highlight w:val="yellow"/>
              </w:rPr>
              <w:t xml:space="preserve"> 222 # 55-37 (U.D.C.A.)</w:t>
            </w:r>
          </w:p>
          <w:p w14:paraId="5C3613B1" w14:textId="3C9A9AAB" w:rsidR="00972035" w:rsidRPr="00972035" w:rsidRDefault="00972035">
            <w:pPr>
              <w:rPr>
                <w:highlight w:val="yellow"/>
              </w:rPr>
            </w:pPr>
            <w:proofErr w:type="spellStart"/>
            <w:r w:rsidRPr="00972035">
              <w:rPr>
                <w:highlight w:val="yellow"/>
              </w:rPr>
              <w:t>Teléfonos</w:t>
            </w:r>
            <w:proofErr w:type="spellEnd"/>
            <w:r w:rsidRPr="00972035">
              <w:rPr>
                <w:highlight w:val="yellow"/>
              </w:rPr>
              <w:t>: 315 447 5432 </w:t>
            </w:r>
            <w:r w:rsidRPr="00972035">
              <w:rPr>
                <w:highlight w:val="yellow"/>
              </w:rPr>
              <w:t xml:space="preserve">/ </w:t>
            </w:r>
            <w:r w:rsidRPr="00972035">
              <w:rPr>
                <w:highlight w:val="yellow"/>
              </w:rPr>
              <w:t>318 527 6584</w:t>
            </w:r>
            <w:r w:rsidRPr="00972035">
              <w:rPr>
                <w:highlight w:val="yellow"/>
              </w:rPr>
              <w:br/>
              <w:t> </w:t>
            </w:r>
            <w:r w:rsidRPr="00972035">
              <w:rPr>
                <w:highlight w:val="yellow"/>
              </w:rPr>
              <w:t xml:space="preserve">WhatsApp: </w:t>
            </w:r>
            <w:r w:rsidRPr="00972035">
              <w:rPr>
                <w:highlight w:val="yellow"/>
              </w:rPr>
              <w:t>317 646 9515</w:t>
            </w:r>
            <w:r w:rsidRPr="00972035">
              <w:rPr>
                <w:highlight w:val="yellow"/>
              </w:rPr>
              <w:br/>
              <w:t>Correo: contacto@coced.co</w:t>
            </w:r>
          </w:p>
        </w:tc>
        <w:tc>
          <w:tcPr>
            <w:tcW w:w="3670" w:type="dxa"/>
          </w:tcPr>
          <w:p w14:paraId="219E45B8" w14:textId="37E1E5F2" w:rsidR="007F6EAC" w:rsidRPr="00972035" w:rsidRDefault="00972035">
            <w:pPr>
              <w:rPr>
                <w:highlight w:val="yellow"/>
              </w:rPr>
            </w:pPr>
            <w:r w:rsidRPr="00972035">
              <w:rPr>
                <w:highlight w:val="yellow"/>
              </w:rPr>
              <w:t>https://www.coced.co/</w:t>
            </w:r>
          </w:p>
        </w:tc>
      </w:tr>
    </w:tbl>
    <w:p w14:paraId="1B38A0FC" w14:textId="77777777" w:rsidR="007F5AA7" w:rsidRDefault="007F5AA7"/>
    <w:sectPr w:rsidR="007F5A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1851223">
    <w:abstractNumId w:val="8"/>
  </w:num>
  <w:num w:numId="2" w16cid:durableId="242762334">
    <w:abstractNumId w:val="6"/>
  </w:num>
  <w:num w:numId="3" w16cid:durableId="1933197758">
    <w:abstractNumId w:val="5"/>
  </w:num>
  <w:num w:numId="4" w16cid:durableId="1964310653">
    <w:abstractNumId w:val="4"/>
  </w:num>
  <w:num w:numId="5" w16cid:durableId="843934696">
    <w:abstractNumId w:val="7"/>
  </w:num>
  <w:num w:numId="6" w16cid:durableId="64301960">
    <w:abstractNumId w:val="3"/>
  </w:num>
  <w:num w:numId="7" w16cid:durableId="337083594">
    <w:abstractNumId w:val="2"/>
  </w:num>
  <w:num w:numId="8" w16cid:durableId="888499267">
    <w:abstractNumId w:val="1"/>
  </w:num>
  <w:num w:numId="9" w16cid:durableId="129317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57DF"/>
    <w:rsid w:val="007D66CC"/>
    <w:rsid w:val="007F5AA7"/>
    <w:rsid w:val="007F6EAC"/>
    <w:rsid w:val="008E6C47"/>
    <w:rsid w:val="00972035"/>
    <w:rsid w:val="00A177F8"/>
    <w:rsid w:val="00A727F8"/>
    <w:rsid w:val="00AA1D8D"/>
    <w:rsid w:val="00B47730"/>
    <w:rsid w:val="00CA325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8B2F4"/>
  <w14:defaultImageDpi w14:val="300"/>
  <w15:docId w15:val="{64E5B570-37CA-44B0-B23E-6BC3D4E7E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7F6EA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6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pnia.gov.c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Mariana Ortiz Garcia</cp:lastModifiedBy>
  <cp:revision>2</cp:revision>
  <dcterms:created xsi:type="dcterms:W3CDTF">2026-07-17T22:16:00Z</dcterms:created>
  <dcterms:modified xsi:type="dcterms:W3CDTF">2026-07-17T22:16:00Z</dcterms:modified>
  <cp:category/>
</cp:coreProperties>
</file>