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8D165" w14:textId="77777777" w:rsidR="00D063EE" w:rsidRDefault="00E14904" w:rsidP="0029269B">
      <w:pPr>
        <w:spacing w:after="0" w:line="240" w:lineRule="auto"/>
      </w:pPr>
      <w:r>
        <w:t>Medellín, 25 de agosto de 2026</w:t>
      </w:r>
    </w:p>
    <w:p w14:paraId="4E06300F" w14:textId="77777777" w:rsidR="0029269B" w:rsidRDefault="0029269B" w:rsidP="0029269B">
      <w:pPr>
        <w:spacing w:after="0" w:line="240" w:lineRule="auto"/>
      </w:pPr>
    </w:p>
    <w:p w14:paraId="23C5F3C3" w14:textId="60AC5358" w:rsidR="00D063EE" w:rsidRDefault="00E14904" w:rsidP="0029269B">
      <w:pPr>
        <w:spacing w:after="0" w:line="240" w:lineRule="auto"/>
      </w:pPr>
      <w:proofErr w:type="spellStart"/>
      <w:r>
        <w:t>Señores</w:t>
      </w:r>
      <w:proofErr w:type="spellEnd"/>
    </w:p>
    <w:p w14:paraId="7C253662" w14:textId="77777777" w:rsidR="00D063EE" w:rsidRDefault="00E14904" w:rsidP="0029269B">
      <w:pPr>
        <w:spacing w:after="0" w:line="240" w:lineRule="auto"/>
      </w:pPr>
      <w:r>
        <w:rPr>
          <w:b/>
        </w:rPr>
        <w:t>UNIVERSIDAD DE SAN BUENAVENTURA</w:t>
      </w:r>
    </w:p>
    <w:p w14:paraId="4DA29A10" w14:textId="5E6E882A" w:rsidR="00D063EE" w:rsidRDefault="00E14904" w:rsidP="0029269B">
      <w:pPr>
        <w:spacing w:after="0" w:line="240" w:lineRule="auto"/>
      </w:pPr>
      <w:proofErr w:type="spellStart"/>
      <w:r>
        <w:t>Registro</w:t>
      </w:r>
      <w:proofErr w:type="spellEnd"/>
      <w:r>
        <w:t xml:space="preserve"> </w:t>
      </w:r>
      <w:proofErr w:type="spellStart"/>
      <w:r>
        <w:t>Académico</w:t>
      </w:r>
      <w:proofErr w:type="spellEnd"/>
    </w:p>
    <w:p w14:paraId="71FD3C5D" w14:textId="77777777" w:rsidR="00D063EE" w:rsidRDefault="00E14904" w:rsidP="0029269B">
      <w:pPr>
        <w:spacing w:after="0" w:line="240" w:lineRule="auto"/>
      </w:pPr>
      <w:r>
        <w:t>Medellín</w:t>
      </w:r>
    </w:p>
    <w:p w14:paraId="1B01B2D9" w14:textId="77777777" w:rsidR="00D063EE" w:rsidRDefault="00E14904" w:rsidP="0029269B">
      <w:pPr>
        <w:spacing w:before="160" w:after="0" w:line="240" w:lineRule="auto"/>
      </w:pPr>
      <w:r>
        <w:rPr>
          <w:b/>
        </w:rPr>
        <w:t xml:space="preserve">Asunto: Solicitud de histórico académico detallado y asignaturas pendientes – </w:t>
      </w:r>
      <w:r>
        <w:rPr>
          <w:b/>
        </w:rPr>
        <w:t>Doctorado en Ciencias de la Educación</w:t>
      </w:r>
    </w:p>
    <w:p w14:paraId="000FC59F" w14:textId="77777777" w:rsidR="0029269B" w:rsidRDefault="0029269B" w:rsidP="0029269B">
      <w:pPr>
        <w:spacing w:after="0" w:line="240" w:lineRule="auto"/>
        <w:jc w:val="both"/>
      </w:pPr>
    </w:p>
    <w:p w14:paraId="2B36FA70" w14:textId="52D188B4" w:rsidR="00D063EE" w:rsidRDefault="00E14904" w:rsidP="0029269B">
      <w:pPr>
        <w:spacing w:after="0" w:line="240" w:lineRule="auto"/>
        <w:jc w:val="both"/>
      </w:pPr>
      <w:r>
        <w:t xml:space="preserve">Cordial </w:t>
      </w:r>
      <w:proofErr w:type="spellStart"/>
      <w:r>
        <w:t>saludo</w:t>
      </w:r>
      <w:proofErr w:type="spellEnd"/>
      <w:r w:rsidR="0029269B">
        <w:t>,</w:t>
      </w:r>
    </w:p>
    <w:p w14:paraId="4B76365C" w14:textId="77777777" w:rsidR="0029269B" w:rsidRDefault="0029269B" w:rsidP="0029269B">
      <w:pPr>
        <w:spacing w:after="0" w:line="240" w:lineRule="auto"/>
        <w:jc w:val="both"/>
      </w:pPr>
    </w:p>
    <w:p w14:paraId="773258BA" w14:textId="4A00FB9A" w:rsidR="00D063EE" w:rsidRDefault="0029269B" w:rsidP="0029269B">
      <w:pPr>
        <w:spacing w:after="0" w:line="240" w:lineRule="auto"/>
        <w:jc w:val="both"/>
      </w:pPr>
      <w:r>
        <w:t xml:space="preserve">YURANI ROJAS MONTOYA con cédula 1017136816 de Medellín </w:t>
      </w:r>
      <w:proofErr w:type="spellStart"/>
      <w:r>
        <w:t>solicito</w:t>
      </w:r>
      <w:proofErr w:type="spellEnd"/>
      <w:r>
        <w:t xml:space="preserve"> por favor </w:t>
      </w:r>
      <w:r w:rsidR="00E14904">
        <w:t>a la Universidad de San Buenaventura la expedición y</w:t>
      </w:r>
      <w:r w:rsidR="00E14904">
        <w:t xml:space="preserve"> envío de un histórico académico detallado correspondiente a mi proceso de formación </w:t>
      </w:r>
      <w:r w:rsidR="00E14904">
        <w:t xml:space="preserve">en el Doctorado en </w:t>
      </w:r>
      <w:proofErr w:type="spellStart"/>
      <w:r w:rsidR="00E14904">
        <w:t>Ciencias</w:t>
      </w:r>
      <w:proofErr w:type="spellEnd"/>
      <w:r w:rsidR="00E14904">
        <w:t xml:space="preserve"> de la </w:t>
      </w:r>
      <w:proofErr w:type="spellStart"/>
      <w:r w:rsidR="00E14904">
        <w:t>Educación</w:t>
      </w:r>
      <w:proofErr w:type="spellEnd"/>
      <w:r w:rsidR="00E14904">
        <w:t>.</w:t>
      </w:r>
    </w:p>
    <w:p w14:paraId="22C11059" w14:textId="77777777" w:rsidR="0029269B" w:rsidRDefault="0029269B" w:rsidP="0029269B">
      <w:pPr>
        <w:spacing w:after="0" w:line="240" w:lineRule="auto"/>
        <w:jc w:val="both"/>
      </w:pPr>
    </w:p>
    <w:p w14:paraId="70274082" w14:textId="77777777" w:rsidR="00D063EE" w:rsidRDefault="00E14904" w:rsidP="0029269B">
      <w:pPr>
        <w:spacing w:after="0" w:line="240" w:lineRule="auto"/>
        <w:jc w:val="both"/>
      </w:pPr>
      <w:proofErr w:type="spellStart"/>
      <w:r>
        <w:t>En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sentido</w:t>
      </w:r>
      <w:proofErr w:type="spellEnd"/>
      <w:r>
        <w:t xml:space="preserve">, </w:t>
      </w:r>
      <w:proofErr w:type="spellStart"/>
      <w:r>
        <w:t>agradezco</w:t>
      </w:r>
      <w:proofErr w:type="spellEnd"/>
      <w:r>
        <w:t xml:space="preserve"> que la información suministrada especifique, en la medida de lo posible, los siguientes aspectos:</w:t>
      </w:r>
    </w:p>
    <w:p w14:paraId="2CE29EE2" w14:textId="77777777" w:rsidR="00D063EE" w:rsidRDefault="00E14904" w:rsidP="0029269B">
      <w:pPr>
        <w:pStyle w:val="Listaconnmeros"/>
        <w:spacing w:after="0" w:line="240" w:lineRule="auto"/>
        <w:ind w:left="340" w:hanging="198"/>
        <w:jc w:val="both"/>
      </w:pPr>
      <w:r>
        <w:t xml:space="preserve">Las asignaturas cursadas, organizadas nivel por nivel, semestre </w:t>
      </w:r>
      <w:r>
        <w:t>o período académico.</w:t>
      </w:r>
    </w:p>
    <w:p w14:paraId="0CF60E0F" w14:textId="77777777" w:rsidR="00D063EE" w:rsidRDefault="00E14904" w:rsidP="0029269B">
      <w:pPr>
        <w:pStyle w:val="Listaconnmeros"/>
        <w:spacing w:after="0" w:line="240" w:lineRule="auto"/>
        <w:ind w:left="340" w:hanging="198"/>
        <w:jc w:val="both"/>
      </w:pPr>
      <w:r>
        <w:t>El nombre completo de cada asignatura cursada.</w:t>
      </w:r>
    </w:p>
    <w:p w14:paraId="568613A3" w14:textId="77777777" w:rsidR="00D063EE" w:rsidRDefault="00E14904" w:rsidP="0029269B">
      <w:pPr>
        <w:pStyle w:val="Listaconnmeros"/>
        <w:spacing w:after="0" w:line="240" w:lineRule="auto"/>
        <w:ind w:left="340" w:hanging="198"/>
        <w:jc w:val="both"/>
      </w:pPr>
      <w:r>
        <w:t>El número de créditos académicos correspondiente a cada asignatura.</w:t>
      </w:r>
    </w:p>
    <w:p w14:paraId="70AC4B46" w14:textId="77777777" w:rsidR="00D063EE" w:rsidRDefault="00E14904" w:rsidP="0029269B">
      <w:pPr>
        <w:pStyle w:val="Listaconnmeros"/>
        <w:spacing w:after="0" w:line="240" w:lineRule="auto"/>
        <w:ind w:left="340" w:hanging="198"/>
        <w:jc w:val="both"/>
      </w:pPr>
      <w:r>
        <w:t>La calificación definitiva obtenida en cada asignatura.</w:t>
      </w:r>
    </w:p>
    <w:p w14:paraId="1CD0AE53" w14:textId="77777777" w:rsidR="00D063EE" w:rsidRDefault="00E14904" w:rsidP="0029269B">
      <w:pPr>
        <w:pStyle w:val="Listaconnmeros"/>
        <w:spacing w:after="0" w:line="240" w:lineRule="auto"/>
        <w:ind w:left="340" w:hanging="198"/>
        <w:jc w:val="both"/>
      </w:pPr>
      <w:r>
        <w:t>El estado académico de cada asignatura: aprobada, reprobada, can</w:t>
      </w:r>
      <w:r>
        <w:t>celada, homologada, reconocida o cualquier otra condición que corresponda.</w:t>
      </w:r>
    </w:p>
    <w:p w14:paraId="0CBC5D3A" w14:textId="77777777" w:rsidR="00D063EE" w:rsidRDefault="00E14904" w:rsidP="0029269B">
      <w:pPr>
        <w:pStyle w:val="Listaconnmeros"/>
        <w:spacing w:after="0" w:line="240" w:lineRule="auto"/>
        <w:ind w:left="340" w:hanging="198"/>
        <w:jc w:val="both"/>
      </w:pPr>
      <w:r>
        <w:t>El total de créditos académicos cursados y aprobados hasta la fecha.</w:t>
      </w:r>
    </w:p>
    <w:p w14:paraId="315140F4" w14:textId="77777777" w:rsidR="00D063EE" w:rsidRDefault="00E14904" w:rsidP="0029269B">
      <w:pPr>
        <w:pStyle w:val="Listaconnmeros"/>
        <w:spacing w:after="0" w:line="240" w:lineRule="auto"/>
        <w:ind w:left="340" w:hanging="198"/>
        <w:jc w:val="both"/>
      </w:pPr>
      <w:r>
        <w:t>Las asignaturas y/o créditos que se encuentran pendientes por cursar y aprobar para completar el plan de estudio</w:t>
      </w:r>
      <w:r>
        <w:t>s del Doctorado en Ciencias de la Educación.</w:t>
      </w:r>
    </w:p>
    <w:p w14:paraId="1535A40A" w14:textId="77777777" w:rsidR="00D063EE" w:rsidRDefault="00E14904" w:rsidP="0029269B">
      <w:pPr>
        <w:pStyle w:val="Listaconnmeros"/>
        <w:spacing w:after="0" w:line="240" w:lineRule="auto"/>
        <w:ind w:left="340" w:hanging="198"/>
        <w:jc w:val="both"/>
      </w:pPr>
      <w:r>
        <w:t>La identificación del nivel, semestre o componente curricular al cual corresponde cada una de las asignaturas pendientes.</w:t>
      </w:r>
    </w:p>
    <w:p w14:paraId="0295D49F" w14:textId="7FCD7DA9" w:rsidR="0029269B" w:rsidRDefault="00E14904" w:rsidP="0029269B">
      <w:pPr>
        <w:pStyle w:val="Listaconnmeros"/>
        <w:spacing w:after="0" w:line="240" w:lineRule="auto"/>
        <w:ind w:left="340" w:hanging="198"/>
        <w:jc w:val="both"/>
      </w:pPr>
      <w:r>
        <w:t>El</w:t>
      </w:r>
      <w:r>
        <w:t xml:space="preserve"> porcentaje o estado actual de avance académico dentro del </w:t>
      </w:r>
      <w:proofErr w:type="spellStart"/>
      <w:r>
        <w:t>programa</w:t>
      </w:r>
      <w:proofErr w:type="spellEnd"/>
      <w:r>
        <w:t xml:space="preserve"> doctoral</w:t>
      </w:r>
      <w:r w:rsidR="0029269B">
        <w:t>.</w:t>
      </w:r>
    </w:p>
    <w:p w14:paraId="095AAD9D" w14:textId="47D945AE" w:rsidR="0029269B" w:rsidRDefault="0029269B" w:rsidP="0029269B">
      <w:pPr>
        <w:pStyle w:val="Listaconnmeros"/>
        <w:spacing w:after="0" w:line="240" w:lineRule="auto"/>
        <w:ind w:left="340" w:hanging="198"/>
        <w:jc w:val="both"/>
      </w:pPr>
      <w:r>
        <w:t xml:space="preserve">El </w:t>
      </w:r>
      <w:proofErr w:type="spellStart"/>
      <w:r>
        <w:t>promedio</w:t>
      </w:r>
      <w:proofErr w:type="spellEnd"/>
      <w:r>
        <w:t xml:space="preserve"> </w:t>
      </w:r>
      <w:proofErr w:type="spellStart"/>
      <w:r>
        <w:t>académico</w:t>
      </w:r>
      <w:proofErr w:type="spellEnd"/>
      <w:r>
        <w:t xml:space="preserve"> </w:t>
      </w:r>
      <w:proofErr w:type="spellStart"/>
      <w:r>
        <w:t>acumulado</w:t>
      </w:r>
      <w:proofErr w:type="spellEnd"/>
      <w:r>
        <w:t>.</w:t>
      </w:r>
    </w:p>
    <w:p w14:paraId="7552ED0A" w14:textId="77777777" w:rsidR="0029269B" w:rsidRDefault="0029269B" w:rsidP="0029269B">
      <w:pPr>
        <w:pStyle w:val="Listaconnmeros"/>
        <w:numPr>
          <w:ilvl w:val="0"/>
          <w:numId w:val="0"/>
        </w:numPr>
        <w:spacing w:after="0" w:line="240" w:lineRule="auto"/>
        <w:ind w:left="340"/>
        <w:jc w:val="both"/>
      </w:pPr>
    </w:p>
    <w:p w14:paraId="6393A061" w14:textId="3DD0B8FA" w:rsidR="00D063EE" w:rsidRDefault="00E14904" w:rsidP="0029269B">
      <w:pPr>
        <w:spacing w:after="0" w:line="240" w:lineRule="auto"/>
        <w:jc w:val="both"/>
      </w:pPr>
      <w:r>
        <w:t>Agradezco especialmente que el histórico permita diferenciar de manera clara las asignaturas y créditos ya aprobados de a</w:t>
      </w:r>
      <w:r>
        <w:t xml:space="preserve">quellos que aún se encuentran pendientes, teniendo como referencia el plan de estudios que me corresponde según mi cohorte de ingreso y las disposiciones académicas </w:t>
      </w:r>
      <w:proofErr w:type="spellStart"/>
      <w:r>
        <w:t>aplicables</w:t>
      </w:r>
      <w:proofErr w:type="spellEnd"/>
      <w:r>
        <w:t xml:space="preserve"> a mi </w:t>
      </w:r>
      <w:proofErr w:type="spellStart"/>
      <w:r>
        <w:t>proceso</w:t>
      </w:r>
      <w:proofErr w:type="spellEnd"/>
      <w:r>
        <w:t>.</w:t>
      </w:r>
      <w:r w:rsidR="0029269B"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resulta</w:t>
      </w:r>
      <w:proofErr w:type="spellEnd"/>
      <w:r>
        <w:t xml:space="preserve"> fundamental para organizar mi continuidad</w:t>
      </w:r>
      <w:r>
        <w:t xml:space="preserve"> académica, proyectar los niveles y actividades que debo desarrollar y establecer una ruta precisa para la culminación satisfactoria del Doctorado en Ciencias de la Educación.</w:t>
      </w:r>
    </w:p>
    <w:p w14:paraId="158310FA" w14:textId="7B45E82F" w:rsidR="00D063EE" w:rsidRDefault="00E14904" w:rsidP="0029269B">
      <w:pPr>
        <w:spacing w:after="0" w:line="240" w:lineRule="auto"/>
        <w:jc w:val="both"/>
      </w:pPr>
      <w:r>
        <w:t xml:space="preserve">Agradezco de antemano la atención brindada </w:t>
      </w:r>
      <w:proofErr w:type="gramStart"/>
      <w:r>
        <w:t>a</w:t>
      </w:r>
      <w:proofErr w:type="gramEnd"/>
      <w:r>
        <w:t xml:space="preserve"> esta </w:t>
      </w:r>
      <w:proofErr w:type="spellStart"/>
      <w:r>
        <w:t>solicitud</w:t>
      </w:r>
      <w:proofErr w:type="spellEnd"/>
      <w:r>
        <w:t xml:space="preserve"> y </w:t>
      </w:r>
      <w:proofErr w:type="spellStart"/>
      <w:r>
        <w:t>quedo</w:t>
      </w:r>
      <w:proofErr w:type="spellEnd"/>
      <w:r>
        <w:t xml:space="preserve"> </w:t>
      </w:r>
      <w:proofErr w:type="spellStart"/>
      <w:r>
        <w:t>atenta</w:t>
      </w:r>
      <w:proofErr w:type="spellEnd"/>
      <w:r w:rsidR="0029269B">
        <w:t xml:space="preserve"> </w:t>
      </w:r>
      <w:r>
        <w:t xml:space="preserve">a </w:t>
      </w:r>
      <w:proofErr w:type="spellStart"/>
      <w:r>
        <w:t>cualquier</w:t>
      </w:r>
      <w:proofErr w:type="spellEnd"/>
      <w:r>
        <w:t xml:space="preserve"> </w:t>
      </w:r>
      <w:proofErr w:type="spellStart"/>
      <w:r w:rsidR="0029269B">
        <w:t>orientación</w:t>
      </w:r>
      <w:proofErr w:type="spellEnd"/>
      <w:r w:rsidR="0029269B">
        <w:t>.</w:t>
      </w:r>
    </w:p>
    <w:p w14:paraId="602F071B" w14:textId="77777777" w:rsidR="00D063EE" w:rsidRDefault="00E14904" w:rsidP="0029269B">
      <w:pPr>
        <w:spacing w:after="0" w:line="240" w:lineRule="auto"/>
      </w:pPr>
      <w:r>
        <w:br/>
      </w:r>
      <w:r>
        <w:br/>
        <w:t>____________________________________</w:t>
      </w:r>
    </w:p>
    <w:p w14:paraId="0730912C" w14:textId="235CD280" w:rsidR="00D063EE" w:rsidRDefault="0029269B" w:rsidP="0029269B">
      <w:pPr>
        <w:spacing w:after="0" w:line="240" w:lineRule="auto"/>
      </w:pPr>
      <w:r>
        <w:rPr>
          <w:b/>
        </w:rPr>
        <w:t>YURANI ROJAS MONTOYA</w:t>
      </w:r>
    </w:p>
    <w:p w14:paraId="6D3DE9D9" w14:textId="77777777" w:rsidR="00D063EE" w:rsidRDefault="00E14904" w:rsidP="0029269B">
      <w:pPr>
        <w:spacing w:after="0" w:line="240" w:lineRule="auto"/>
      </w:pPr>
      <w:r>
        <w:t>Estudiante – Doctorado en Ciencias de la Educación</w:t>
      </w:r>
    </w:p>
    <w:p w14:paraId="7B4111C1" w14:textId="77777777" w:rsidR="00D063EE" w:rsidRDefault="00E14904" w:rsidP="0029269B">
      <w:pPr>
        <w:spacing w:after="0" w:line="240" w:lineRule="auto"/>
      </w:pPr>
      <w:r>
        <w:t xml:space="preserve">Universidad de San </w:t>
      </w:r>
      <w:r>
        <w:t>Buenaventura</w:t>
      </w:r>
    </w:p>
    <w:p w14:paraId="0A5316EC" w14:textId="4676B01A" w:rsidR="00D063EE" w:rsidRDefault="00E14904" w:rsidP="0029269B">
      <w:pPr>
        <w:spacing w:after="0" w:line="240" w:lineRule="auto"/>
      </w:pPr>
      <w:r>
        <w:t xml:space="preserve">Documento de </w:t>
      </w:r>
      <w:proofErr w:type="spellStart"/>
      <w:r>
        <w:t>identidad</w:t>
      </w:r>
      <w:proofErr w:type="spellEnd"/>
      <w:r>
        <w:t>:</w:t>
      </w:r>
      <w:r w:rsidR="0029269B">
        <w:t xml:space="preserve"> 1017136816 de Medellín</w:t>
      </w:r>
    </w:p>
    <w:p w14:paraId="30A30E50" w14:textId="3785179C" w:rsidR="00D063EE" w:rsidRDefault="00E14904" w:rsidP="0029269B">
      <w:pPr>
        <w:spacing w:after="0" w:line="240" w:lineRule="auto"/>
      </w:pPr>
      <w:r>
        <w:t xml:space="preserve">Código </w:t>
      </w:r>
      <w:proofErr w:type="spellStart"/>
      <w:r>
        <w:t>estudiantil</w:t>
      </w:r>
      <w:proofErr w:type="spellEnd"/>
      <w:r>
        <w:t xml:space="preserve">: </w:t>
      </w:r>
      <w:r w:rsidR="0029269B">
        <w:t>30000015472</w:t>
      </w:r>
    </w:p>
    <w:p w14:paraId="7A68DDD6" w14:textId="39B1F6AA" w:rsidR="00D063EE" w:rsidRDefault="00E14904" w:rsidP="0029269B">
      <w:pPr>
        <w:spacing w:after="0" w:line="240" w:lineRule="auto"/>
      </w:pP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 xml:space="preserve">: </w:t>
      </w:r>
      <w:r w:rsidR="0029269B">
        <w:t>yurisdapx@hotmail.com</w:t>
      </w:r>
    </w:p>
    <w:p w14:paraId="24136596" w14:textId="7F0CB639" w:rsidR="00D063EE" w:rsidRDefault="0029269B" w:rsidP="0029269B">
      <w:pPr>
        <w:spacing w:after="0" w:line="240" w:lineRule="auto"/>
      </w:pPr>
      <w:r>
        <w:t>celular</w:t>
      </w:r>
      <w:r w:rsidR="00E14904">
        <w:t xml:space="preserve">: </w:t>
      </w:r>
      <w:r>
        <w:t>3218756531</w:t>
      </w:r>
    </w:p>
    <w:sectPr w:rsidR="00D063EE" w:rsidSect="0029269B">
      <w:headerReference w:type="default" r:id="rId8"/>
      <w:footerReference w:type="default" r:id="rId9"/>
      <w:pgSz w:w="12240" w:h="15840"/>
      <w:pgMar w:top="720" w:right="720" w:bottom="720" w:left="720" w:header="51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627FB" w14:textId="77777777" w:rsidR="00E14904" w:rsidRDefault="00E14904">
      <w:pPr>
        <w:spacing w:after="0" w:line="240" w:lineRule="auto"/>
      </w:pPr>
      <w:r>
        <w:separator/>
      </w:r>
    </w:p>
  </w:endnote>
  <w:endnote w:type="continuationSeparator" w:id="0">
    <w:p w14:paraId="420B92F1" w14:textId="77777777" w:rsidR="00E14904" w:rsidRDefault="00E14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5C263" w14:textId="77777777" w:rsidR="00D063EE" w:rsidRDefault="00E14904">
    <w:pPr>
      <w:pStyle w:val="Piedepgina"/>
      <w:jc w:val="center"/>
    </w:pPr>
    <w:r>
      <w:rPr>
        <w:i/>
        <w:sz w:val="16"/>
      </w:rPr>
      <w:t>Solicitud de información académica – Doctorad</w:t>
    </w:r>
    <w:r>
      <w:rPr>
        <w:i/>
        <w:sz w:val="16"/>
      </w:rPr>
      <w:t>o en Ciencias de la Educación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76FAB" w14:textId="77777777" w:rsidR="00E14904" w:rsidRDefault="00E14904">
      <w:pPr>
        <w:spacing w:after="0" w:line="240" w:lineRule="auto"/>
      </w:pPr>
      <w:r>
        <w:separator/>
      </w:r>
    </w:p>
  </w:footnote>
  <w:footnote w:type="continuationSeparator" w:id="0">
    <w:p w14:paraId="7DEAFACC" w14:textId="77777777" w:rsidR="00E14904" w:rsidRDefault="00E149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BE25" w14:textId="386BFE9B" w:rsidR="00D063EE" w:rsidRDefault="00D063EE">
    <w:pPr>
      <w:pStyle w:val="Encabezado"/>
      <w:pBdr>
        <w:bottom w:val="single" w:sz="6" w:space="4" w:color="808080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269B"/>
    <w:rsid w:val="0029639D"/>
    <w:rsid w:val="00326F90"/>
    <w:rsid w:val="00AA1D8D"/>
    <w:rsid w:val="00B47730"/>
    <w:rsid w:val="00CB0664"/>
    <w:rsid w:val="00D063EE"/>
    <w:rsid w:val="00E149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4D8BFA"/>
  <w14:defaultImageDpi w14:val="300"/>
  <w15:docId w15:val="{BE5A55B0-78CB-4AF3-9AF6-85C4FB992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YURANI ROJAS</cp:lastModifiedBy>
  <cp:revision>2</cp:revision>
  <dcterms:created xsi:type="dcterms:W3CDTF">2026-08-25T21:16:00Z</dcterms:created>
  <dcterms:modified xsi:type="dcterms:W3CDTF">2026-08-25T21:16:00Z</dcterms:modified>
  <cp:category/>
</cp:coreProperties>
</file>